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6065" w14:textId="614E97BC" w:rsidR="008170E2" w:rsidRPr="00943E5C" w:rsidRDefault="00943E5C">
      <w:pPr>
        <w:rPr>
          <w:lang w:val="it-IT"/>
        </w:rPr>
      </w:pPr>
      <w:r w:rsidRPr="00943E5C">
        <w:rPr>
          <w:b/>
          <w:lang w:val="it-IT"/>
        </w:rPr>
        <w:t>............................. Cooperativa Agricolă</w:t>
      </w:r>
    </w:p>
    <w:p w14:paraId="11B9C7C7" w14:textId="7923D0E2" w:rsidR="008170E2" w:rsidRPr="00943E5C" w:rsidRDefault="00000000">
      <w:pPr>
        <w:rPr>
          <w:lang w:val="it-IT"/>
        </w:rPr>
      </w:pPr>
      <w:r w:rsidRPr="00943E5C">
        <w:rPr>
          <w:sz w:val="20"/>
          <w:lang w:val="it-IT"/>
        </w:rPr>
        <w:t xml:space="preserve">Sediul: </w:t>
      </w:r>
      <w:r w:rsidR="00943E5C">
        <w:rPr>
          <w:sz w:val="20"/>
          <w:lang w:val="it-IT"/>
        </w:rPr>
        <w:t>....................</w:t>
      </w:r>
      <w:r w:rsidRPr="00943E5C">
        <w:rPr>
          <w:sz w:val="20"/>
          <w:lang w:val="it-IT"/>
        </w:rPr>
        <w:t xml:space="preserve">, str. </w:t>
      </w:r>
      <w:r w:rsidR="00943E5C" w:rsidRPr="00943E5C">
        <w:rPr>
          <w:sz w:val="20"/>
          <w:lang w:val="it-IT"/>
        </w:rPr>
        <w:t>..</w:t>
      </w:r>
      <w:r w:rsidR="00943E5C">
        <w:rPr>
          <w:sz w:val="20"/>
          <w:lang w:val="it-IT"/>
        </w:rPr>
        <w:t>..............</w:t>
      </w:r>
      <w:r w:rsidRPr="00943E5C">
        <w:rPr>
          <w:sz w:val="20"/>
          <w:lang w:val="it-IT"/>
        </w:rPr>
        <w:t xml:space="preserve">, nr. </w:t>
      </w:r>
      <w:r w:rsidR="00943E5C">
        <w:rPr>
          <w:sz w:val="20"/>
          <w:lang w:val="it-IT"/>
        </w:rPr>
        <w:t>..</w:t>
      </w:r>
      <w:r w:rsidRPr="00943E5C">
        <w:rPr>
          <w:sz w:val="20"/>
          <w:lang w:val="it-IT"/>
        </w:rPr>
        <w:t xml:space="preserve">, jud. </w:t>
      </w:r>
      <w:r w:rsidR="00943E5C">
        <w:rPr>
          <w:sz w:val="20"/>
          <w:lang w:val="it-IT"/>
        </w:rPr>
        <w:t>...........</w:t>
      </w:r>
      <w:r w:rsidRPr="00943E5C">
        <w:rPr>
          <w:sz w:val="20"/>
          <w:lang w:val="it-IT"/>
        </w:rPr>
        <w:br/>
        <w:t xml:space="preserve">Nr. înreg. Registrul Comerțului: </w:t>
      </w:r>
      <w:r w:rsidR="00943E5C">
        <w:rPr>
          <w:sz w:val="20"/>
          <w:lang w:val="it-IT"/>
        </w:rPr>
        <w:t>................../</w:t>
      </w:r>
      <w:r w:rsidRPr="00943E5C">
        <w:rPr>
          <w:sz w:val="20"/>
          <w:lang w:val="it-IT"/>
        </w:rPr>
        <w:t>20</w:t>
      </w:r>
      <w:r w:rsidR="00943E5C">
        <w:rPr>
          <w:sz w:val="20"/>
          <w:lang w:val="it-IT"/>
        </w:rPr>
        <w:t>......</w:t>
      </w:r>
      <w:r w:rsidRPr="00943E5C">
        <w:rPr>
          <w:sz w:val="20"/>
          <w:lang w:val="it-IT"/>
        </w:rPr>
        <w:t xml:space="preserve"> · CUI: RO </w:t>
      </w:r>
      <w:r w:rsidR="00943E5C">
        <w:rPr>
          <w:sz w:val="20"/>
          <w:lang w:val="it-IT"/>
        </w:rPr>
        <w:t>...............</w:t>
      </w:r>
    </w:p>
    <w:p w14:paraId="1F31E2E7" w14:textId="68F47A07" w:rsidR="008170E2" w:rsidRPr="00943E5C" w:rsidRDefault="00000000">
      <w:pPr>
        <w:rPr>
          <w:lang w:val="it-IT"/>
        </w:rPr>
      </w:pPr>
      <w:r w:rsidRPr="00943E5C">
        <w:rPr>
          <w:sz w:val="20"/>
          <w:lang w:val="it-IT"/>
        </w:rPr>
        <w:t xml:space="preserve">Expert contabil: </w:t>
      </w:r>
      <w:r w:rsidRPr="00943E5C">
        <w:rPr>
          <w:b/>
          <w:color w:val="C00000"/>
          <w:sz w:val="20"/>
          <w:lang w:val="it-IT"/>
        </w:rPr>
        <w:t>Nume Prenume</w:t>
      </w:r>
      <w:r w:rsidRPr="00943E5C">
        <w:rPr>
          <w:sz w:val="20"/>
          <w:lang w:val="it-IT"/>
        </w:rPr>
        <w:t xml:space="preserve">, membru CECCAR, carnet nr. </w:t>
      </w:r>
      <w:r w:rsidRPr="00943E5C">
        <w:rPr>
          <w:b/>
          <w:color w:val="C00000"/>
          <w:sz w:val="20"/>
          <w:lang w:val="it-IT"/>
        </w:rPr>
        <w:t>_____</w:t>
      </w:r>
      <w:r w:rsidRPr="00943E5C">
        <w:rPr>
          <w:sz w:val="20"/>
          <w:lang w:val="it-IT"/>
        </w:rPr>
        <w:t xml:space="preserve"> / </w:t>
      </w:r>
      <w:r w:rsidRPr="00943E5C">
        <w:rPr>
          <w:b/>
          <w:color w:val="C00000"/>
          <w:sz w:val="20"/>
          <w:lang w:val="it-IT"/>
        </w:rPr>
        <w:t>anul</w:t>
      </w:r>
      <w:r w:rsidRPr="00943E5C">
        <w:rPr>
          <w:sz w:val="20"/>
          <w:lang w:val="it-IT"/>
        </w:rPr>
        <w:t xml:space="preserve">, Filiala </w:t>
      </w:r>
      <w:r w:rsidR="00943E5C">
        <w:rPr>
          <w:b/>
          <w:color w:val="C00000"/>
          <w:sz w:val="20"/>
          <w:lang w:val="it-IT"/>
        </w:rPr>
        <w:t>............</w:t>
      </w:r>
    </w:p>
    <w:p w14:paraId="57DA87F1" w14:textId="77777777" w:rsidR="008170E2" w:rsidRPr="00943E5C" w:rsidRDefault="00000000">
      <w:pPr>
        <w:jc w:val="right"/>
        <w:rPr>
          <w:lang w:val="it-IT"/>
        </w:rPr>
      </w:pPr>
      <w:r w:rsidRPr="00943E5C">
        <w:rPr>
          <w:lang w:val="it-IT"/>
        </w:rPr>
        <w:t xml:space="preserve">Nr. </w:t>
      </w:r>
      <w:r w:rsidRPr="00943E5C">
        <w:rPr>
          <w:b/>
          <w:color w:val="C00000"/>
          <w:lang w:val="it-IT"/>
        </w:rPr>
        <w:t>____</w:t>
      </w:r>
      <w:r w:rsidRPr="00943E5C">
        <w:rPr>
          <w:lang w:val="it-IT"/>
        </w:rPr>
        <w:t xml:space="preserve"> / </w:t>
      </w:r>
      <w:r w:rsidRPr="00943E5C">
        <w:rPr>
          <w:b/>
          <w:color w:val="C00000"/>
          <w:lang w:val="it-IT"/>
        </w:rPr>
        <w:t>__.__.2026</w:t>
      </w:r>
    </w:p>
    <w:p w14:paraId="759E0216" w14:textId="77777777" w:rsidR="008170E2" w:rsidRPr="00943E5C" w:rsidRDefault="008170E2">
      <w:pPr>
        <w:rPr>
          <w:lang w:val="it-IT"/>
        </w:rPr>
      </w:pPr>
    </w:p>
    <w:p w14:paraId="49C30884" w14:textId="77777777" w:rsidR="008170E2" w:rsidRPr="00943E5C" w:rsidRDefault="00000000">
      <w:pPr>
        <w:jc w:val="center"/>
        <w:rPr>
          <w:lang w:val="it-IT"/>
        </w:rPr>
      </w:pPr>
      <w:r w:rsidRPr="00943E5C">
        <w:rPr>
          <w:b/>
          <w:sz w:val="28"/>
          <w:lang w:val="it-IT"/>
        </w:rPr>
        <w:t>DECLARAȚIE</w:t>
      </w:r>
    </w:p>
    <w:p w14:paraId="5A2A99FA" w14:textId="663292E3" w:rsidR="008170E2" w:rsidRPr="00943E5C" w:rsidRDefault="00000000">
      <w:pPr>
        <w:jc w:val="center"/>
        <w:rPr>
          <w:lang w:val="it-IT"/>
        </w:rPr>
      </w:pPr>
      <w:r w:rsidRPr="00943E5C">
        <w:rPr>
          <w:b/>
          <w:lang w:val="it-IT"/>
        </w:rPr>
        <w:t>privind veniturile obținute de cooperativa agricolă din unitatea de depozitare</w:t>
      </w:r>
    </w:p>
    <w:p w14:paraId="59D3F4A4" w14:textId="77777777" w:rsidR="008170E2" w:rsidRPr="00943E5C" w:rsidRDefault="008170E2">
      <w:pPr>
        <w:rPr>
          <w:lang w:val="it-IT"/>
        </w:rPr>
      </w:pPr>
    </w:p>
    <w:p w14:paraId="335D305D" w14:textId="0C4AB3EA" w:rsidR="008170E2" w:rsidRPr="00943E5C" w:rsidRDefault="00000000">
      <w:pPr>
        <w:jc w:val="both"/>
        <w:rPr>
          <w:lang w:val="it-IT"/>
        </w:rPr>
      </w:pPr>
      <w:r w:rsidRPr="00943E5C">
        <w:rPr>
          <w:lang w:val="it-IT"/>
        </w:rPr>
        <w:t xml:space="preserve">Subsemnatul/a </w:t>
      </w:r>
      <w:r w:rsidRPr="00943E5C">
        <w:rPr>
          <w:b/>
          <w:color w:val="C00000"/>
          <w:lang w:val="it-IT"/>
        </w:rPr>
        <w:t>Nume Prenume</w:t>
      </w:r>
      <w:r w:rsidRPr="00943E5C">
        <w:rPr>
          <w:lang w:val="it-IT"/>
        </w:rPr>
        <w:t xml:space="preserve">, expert contabil, membru al Corpului Experților Contabili și Contabililor Autorizați din România – Filiala </w:t>
      </w:r>
      <w:r w:rsidR="00943E5C">
        <w:rPr>
          <w:b/>
          <w:color w:val="C00000"/>
          <w:lang w:val="it-IT"/>
        </w:rPr>
        <w:t>...........</w:t>
      </w:r>
      <w:r w:rsidRPr="00943E5C">
        <w:rPr>
          <w:lang w:val="it-IT"/>
        </w:rPr>
        <w:t xml:space="preserve">, carnet nr. </w:t>
      </w:r>
      <w:r w:rsidRPr="00943E5C">
        <w:rPr>
          <w:b/>
          <w:color w:val="C00000"/>
          <w:lang w:val="it-IT"/>
        </w:rPr>
        <w:t>_____</w:t>
      </w:r>
      <w:r w:rsidRPr="00943E5C">
        <w:rPr>
          <w:lang w:val="it-IT"/>
        </w:rPr>
        <w:t xml:space="preserve">, cu viza de exercitare a profesiei pe anul </w:t>
      </w:r>
      <w:r w:rsidRPr="00943E5C">
        <w:rPr>
          <w:b/>
          <w:color w:val="C00000"/>
          <w:lang w:val="it-IT"/>
        </w:rPr>
        <w:t>2026</w:t>
      </w:r>
      <w:r w:rsidRPr="00943E5C">
        <w:rPr>
          <w:lang w:val="it-IT"/>
        </w:rPr>
        <w:t xml:space="preserve">, în calitate de </w:t>
      </w:r>
      <w:r w:rsidRPr="00943E5C">
        <w:rPr>
          <w:b/>
          <w:color w:val="C00000"/>
          <w:lang w:val="it-IT"/>
        </w:rPr>
        <w:t>expert contabil care ține evidența contabilă / expert contabil independent care a verificat evidența contabilă</w:t>
      </w:r>
      <w:r w:rsidRPr="00943E5C">
        <w:rPr>
          <w:lang w:val="it-IT"/>
        </w:rPr>
        <w:t xml:space="preserve"> a </w:t>
      </w:r>
      <w:r w:rsidR="00943E5C">
        <w:rPr>
          <w:lang w:val="it-IT"/>
        </w:rPr>
        <w:t>....................</w:t>
      </w:r>
      <w:r w:rsidRPr="00943E5C">
        <w:rPr>
          <w:lang w:val="it-IT"/>
        </w:rPr>
        <w:t xml:space="preserve"> Cooperativa Agricolă, cu sediul în </w:t>
      </w:r>
      <w:r w:rsidR="00943E5C">
        <w:rPr>
          <w:lang w:val="it-IT"/>
        </w:rPr>
        <w:t>................</w:t>
      </w:r>
      <w:r w:rsidRPr="00943E5C">
        <w:rPr>
          <w:lang w:val="it-IT"/>
        </w:rPr>
        <w:t xml:space="preserve">, str. </w:t>
      </w:r>
      <w:r w:rsidR="00943E5C">
        <w:rPr>
          <w:lang w:val="it-IT"/>
        </w:rPr>
        <w:t>............</w:t>
      </w:r>
      <w:r w:rsidRPr="00943E5C">
        <w:rPr>
          <w:lang w:val="it-IT"/>
        </w:rPr>
        <w:t xml:space="preserve">, nr. </w:t>
      </w:r>
      <w:r w:rsidR="00943E5C">
        <w:rPr>
          <w:lang w:val="it-IT"/>
        </w:rPr>
        <w:t>....</w:t>
      </w:r>
      <w:r w:rsidRPr="00943E5C">
        <w:rPr>
          <w:lang w:val="it-IT"/>
        </w:rPr>
        <w:t>, jud.</w:t>
      </w:r>
      <w:r w:rsidR="00943E5C">
        <w:rPr>
          <w:lang w:val="it-IT"/>
        </w:rPr>
        <w:t>..............</w:t>
      </w:r>
      <w:r w:rsidRPr="00943E5C">
        <w:rPr>
          <w:lang w:val="it-IT"/>
        </w:rPr>
        <w:t xml:space="preserve">, înregistrată la Oficiul Registrului Comerțului de pe lângă Tribunalul </w:t>
      </w:r>
      <w:r w:rsidR="00943E5C">
        <w:rPr>
          <w:lang w:val="it-IT"/>
        </w:rPr>
        <w:t>..........</w:t>
      </w:r>
      <w:r w:rsidRPr="00943E5C">
        <w:rPr>
          <w:lang w:val="it-IT"/>
        </w:rPr>
        <w:t xml:space="preserve"> sub nr. </w:t>
      </w:r>
      <w:r w:rsidR="00943E5C">
        <w:rPr>
          <w:lang w:val="it-IT"/>
        </w:rPr>
        <w:t>..............</w:t>
      </w:r>
      <w:r w:rsidRPr="00943E5C">
        <w:rPr>
          <w:lang w:val="it-IT"/>
        </w:rPr>
        <w:t xml:space="preserve">, CUI RO </w:t>
      </w:r>
      <w:r w:rsidR="00943E5C">
        <w:rPr>
          <w:lang w:val="it-IT"/>
        </w:rPr>
        <w:t>.................</w:t>
      </w:r>
      <w:r w:rsidRPr="00943E5C">
        <w:rPr>
          <w:lang w:val="it-IT"/>
        </w:rPr>
        <w:t>, cooperativă agricolă înființată și funcționând în baza Legii nr. 566/2004 a cooperației agricole,</w:t>
      </w:r>
    </w:p>
    <w:p w14:paraId="19153222" w14:textId="77777777" w:rsidR="008170E2" w:rsidRPr="00943E5C" w:rsidRDefault="00000000">
      <w:pPr>
        <w:jc w:val="both"/>
        <w:rPr>
          <w:lang w:val="it-IT"/>
        </w:rPr>
      </w:pPr>
      <w:r w:rsidRPr="00943E5C">
        <w:rPr>
          <w:lang w:val="it-IT"/>
        </w:rPr>
        <w:t>cunoscând prevederile art. 326 din Codul penal privind falsul în declarații, declar pe propria răspundere următoarele:</w:t>
      </w:r>
    </w:p>
    <w:p w14:paraId="5D310DBA" w14:textId="50F91023" w:rsidR="008170E2" w:rsidRPr="00943E5C" w:rsidRDefault="00943E5C" w:rsidP="00943E5C">
      <w:pPr>
        <w:pStyle w:val="Listparagraf"/>
        <w:numPr>
          <w:ilvl w:val="0"/>
          <w:numId w:val="10"/>
        </w:numPr>
        <w:ind w:left="0" w:firstLine="0"/>
        <w:jc w:val="both"/>
        <w:rPr>
          <w:lang w:val="it-IT"/>
        </w:rPr>
      </w:pPr>
      <w:r w:rsidRPr="00943E5C">
        <w:rPr>
          <w:lang w:val="it-IT"/>
        </w:rPr>
        <w:t xml:space="preserve">................. Cooperativa Agricolă are autorizată la Oficiul Registrului Comerțului și desfășoară efectiv activitatea de depozitare a produselor agricole, cod CAEN </w:t>
      </w:r>
      <w:r w:rsidRPr="00943E5C">
        <w:rPr>
          <w:b/>
          <w:color w:val="C00000"/>
          <w:lang w:val="it-IT"/>
        </w:rPr>
        <w:t>5210 – Depozitări</w:t>
      </w:r>
      <w:r w:rsidRPr="00943E5C">
        <w:rPr>
          <w:lang w:val="it-IT"/>
        </w:rPr>
        <w:t>,</w:t>
      </w:r>
      <w:r>
        <w:rPr>
          <w:lang w:val="it-IT"/>
        </w:rPr>
        <w:t xml:space="preserve"> </w:t>
      </w:r>
      <w:r w:rsidRPr="00943E5C">
        <w:rPr>
          <w:lang w:val="it-IT"/>
        </w:rPr>
        <w:t xml:space="preserve"> în cadrul unității proprii de condiționare/depozitare cereale și semințe oleaginoase situată în </w:t>
      </w:r>
      <w:r w:rsidRPr="00943E5C">
        <w:rPr>
          <w:b/>
          <w:color w:val="C00000"/>
          <w:lang w:val="it-IT"/>
        </w:rPr>
        <w:t>................, str. ........, nr. ..., jud. ........</w:t>
      </w:r>
      <w:r w:rsidRPr="00943E5C">
        <w:rPr>
          <w:lang w:val="it-IT"/>
        </w:rPr>
        <w:t xml:space="preserve">, unitate autorizată </w:t>
      </w:r>
      <w:r w:rsidRPr="00943E5C">
        <w:rPr>
          <w:b/>
          <w:color w:val="C00000"/>
          <w:lang w:val="it-IT"/>
        </w:rPr>
        <w:t>(autorizație sanitar-veterinară și pentru siguranța alimentelor / înregistrare DSVSA nr. ____ din ____)</w:t>
      </w:r>
      <w:r w:rsidRPr="00943E5C">
        <w:rPr>
          <w:lang w:val="it-IT"/>
        </w:rPr>
        <w:t xml:space="preserve"> și activă, în care produsele sunt recepționate, condiționate și depozitate în condiții controlate (monitorizarea temperaturii și umidității).</w:t>
      </w:r>
    </w:p>
    <w:p w14:paraId="3DE88E6F" w14:textId="41FAEA6D" w:rsidR="008170E2" w:rsidRPr="00943E5C" w:rsidRDefault="00000000" w:rsidP="00943E5C">
      <w:pPr>
        <w:pStyle w:val="Listparagraf"/>
        <w:numPr>
          <w:ilvl w:val="0"/>
          <w:numId w:val="10"/>
        </w:numPr>
        <w:ind w:left="0" w:firstLine="0"/>
        <w:jc w:val="both"/>
        <w:rPr>
          <w:lang w:val="it-IT"/>
        </w:rPr>
      </w:pPr>
      <w:r w:rsidRPr="00943E5C">
        <w:rPr>
          <w:lang w:val="it-IT"/>
        </w:rPr>
        <w:t xml:space="preserve">Din evidențele contabile ale cooperativei (balanțele de verificare, fișele conturilor de venituri și situațiile financiare anuale depuse la ANAF) rezultă că </w:t>
      </w:r>
      <w:r w:rsidR="00943E5C" w:rsidRPr="00943E5C">
        <w:rPr>
          <w:lang w:val="it-IT"/>
        </w:rPr>
        <w:t>.................</w:t>
      </w:r>
      <w:r w:rsidRPr="00943E5C">
        <w:rPr>
          <w:lang w:val="it-IT"/>
        </w:rPr>
        <w:t xml:space="preserve"> Cooperativa Agricolă a obținut, anterior datei prezentei declarații, venituri din activitatea unității de </w:t>
      </w:r>
      <w:r w:rsidR="00943E5C">
        <w:rPr>
          <w:lang w:val="it-IT"/>
        </w:rPr>
        <w:t>procesare/abatorizare/</w:t>
      </w:r>
      <w:r w:rsidRPr="00943E5C">
        <w:rPr>
          <w:lang w:val="it-IT"/>
        </w:rPr>
        <w:t>condiționare/depozitare (prestări servicii de depozitare, condiționare, uscare, manipulare a produselor agricole),</w:t>
      </w:r>
      <w:r w:rsidR="00943E5C">
        <w:rPr>
          <w:lang w:val="it-IT"/>
        </w:rPr>
        <w:t xml:space="preserve"> </w:t>
      </w:r>
      <w:r w:rsidRPr="00943E5C">
        <w:rPr>
          <w:lang w:val="it-IT"/>
        </w:rPr>
        <w:t>după cum urmează: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1912"/>
        <w:gridCol w:w="3299"/>
        <w:gridCol w:w="2127"/>
        <w:gridCol w:w="1559"/>
        <w:gridCol w:w="1008"/>
      </w:tblGrid>
      <w:tr w:rsidR="008170E2" w14:paraId="01593E45" w14:textId="77777777" w:rsidTr="008F249A">
        <w:trPr>
          <w:jc w:val="center"/>
        </w:trPr>
        <w:tc>
          <w:tcPr>
            <w:tcW w:w="1912" w:type="dxa"/>
          </w:tcPr>
          <w:p w14:paraId="1DAD0773" w14:textId="77777777" w:rsidR="008170E2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Exercițiul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financiar</w:t>
            </w:r>
            <w:proofErr w:type="spellEnd"/>
          </w:p>
        </w:tc>
        <w:tc>
          <w:tcPr>
            <w:tcW w:w="3299" w:type="dxa"/>
          </w:tcPr>
          <w:p w14:paraId="1203996D" w14:textId="77777777" w:rsidR="008170E2" w:rsidRDefault="00000000">
            <w:pPr>
              <w:jc w:val="center"/>
            </w:pPr>
            <w:r>
              <w:rPr>
                <w:b/>
                <w:sz w:val="18"/>
              </w:rPr>
              <w:t>Cod CAEN / activitate</w:t>
            </w:r>
          </w:p>
        </w:tc>
        <w:tc>
          <w:tcPr>
            <w:tcW w:w="2127" w:type="dxa"/>
          </w:tcPr>
          <w:p w14:paraId="2F21AB7D" w14:textId="77777777" w:rsidR="008170E2" w:rsidRPr="00943E5C" w:rsidRDefault="00000000">
            <w:pPr>
              <w:jc w:val="center"/>
              <w:rPr>
                <w:lang w:val="it-IT"/>
              </w:rPr>
            </w:pPr>
            <w:r w:rsidRPr="00943E5C">
              <w:rPr>
                <w:b/>
                <w:sz w:val="18"/>
                <w:lang w:val="it-IT"/>
              </w:rPr>
              <w:t>Venituri din unitatea de depozitare/condiționare (lei, fără TVA)</w:t>
            </w:r>
          </w:p>
        </w:tc>
        <w:tc>
          <w:tcPr>
            <w:tcW w:w="1559" w:type="dxa"/>
          </w:tcPr>
          <w:p w14:paraId="39BC996D" w14:textId="77777777" w:rsidR="008170E2" w:rsidRPr="00E723DB" w:rsidRDefault="00000000">
            <w:pPr>
              <w:jc w:val="center"/>
              <w:rPr>
                <w:lang w:val="pt-BR"/>
              </w:rPr>
            </w:pPr>
            <w:r w:rsidRPr="00E723DB">
              <w:rPr>
                <w:b/>
                <w:sz w:val="18"/>
                <w:lang w:val="pt-BR"/>
              </w:rPr>
              <w:t>Cifra de afaceri netă totală (lei)</w:t>
            </w:r>
          </w:p>
        </w:tc>
        <w:tc>
          <w:tcPr>
            <w:tcW w:w="1008" w:type="dxa"/>
          </w:tcPr>
          <w:p w14:paraId="1356BB39" w14:textId="77777777" w:rsidR="008170E2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Pondere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8170E2" w14:paraId="46C0B413" w14:textId="77777777" w:rsidTr="008F249A">
        <w:trPr>
          <w:jc w:val="center"/>
        </w:trPr>
        <w:tc>
          <w:tcPr>
            <w:tcW w:w="1912" w:type="dxa"/>
          </w:tcPr>
          <w:p w14:paraId="57B69842" w14:textId="77777777" w:rsidR="008170E2" w:rsidRDefault="00000000">
            <w:pPr>
              <w:jc w:val="center"/>
            </w:pPr>
            <w:r>
              <w:rPr>
                <w:sz w:val="20"/>
              </w:rPr>
              <w:t>2023</w:t>
            </w:r>
          </w:p>
        </w:tc>
        <w:tc>
          <w:tcPr>
            <w:tcW w:w="3299" w:type="dxa"/>
          </w:tcPr>
          <w:p w14:paraId="12FC08DA" w14:textId="77777777" w:rsidR="008170E2" w:rsidRPr="008F249A" w:rsidRDefault="00000000" w:rsidP="008F249A">
            <w:pPr>
              <w:rPr>
                <w:color w:val="C00000"/>
              </w:rPr>
            </w:pPr>
            <w:r w:rsidRPr="008F249A">
              <w:rPr>
                <w:b/>
                <w:color w:val="C00000"/>
                <w:sz w:val="20"/>
              </w:rPr>
              <w:t>5210 – Depozitări</w:t>
            </w:r>
          </w:p>
        </w:tc>
        <w:tc>
          <w:tcPr>
            <w:tcW w:w="2127" w:type="dxa"/>
          </w:tcPr>
          <w:p w14:paraId="69EC4F36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__________</w:t>
            </w:r>
          </w:p>
        </w:tc>
        <w:tc>
          <w:tcPr>
            <w:tcW w:w="1559" w:type="dxa"/>
          </w:tcPr>
          <w:p w14:paraId="29A7B76A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__________</w:t>
            </w:r>
          </w:p>
        </w:tc>
        <w:tc>
          <w:tcPr>
            <w:tcW w:w="1008" w:type="dxa"/>
          </w:tcPr>
          <w:p w14:paraId="22342D75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</w:t>
            </w:r>
          </w:p>
        </w:tc>
      </w:tr>
      <w:tr w:rsidR="008170E2" w14:paraId="7EB804DA" w14:textId="77777777" w:rsidTr="008F249A">
        <w:trPr>
          <w:jc w:val="center"/>
        </w:trPr>
        <w:tc>
          <w:tcPr>
            <w:tcW w:w="1912" w:type="dxa"/>
          </w:tcPr>
          <w:p w14:paraId="69C91D2F" w14:textId="77777777" w:rsidR="008170E2" w:rsidRDefault="00000000">
            <w:pPr>
              <w:jc w:val="center"/>
            </w:pPr>
            <w:r>
              <w:rPr>
                <w:sz w:val="20"/>
              </w:rPr>
              <w:t>2024</w:t>
            </w:r>
          </w:p>
        </w:tc>
        <w:tc>
          <w:tcPr>
            <w:tcW w:w="3299" w:type="dxa"/>
          </w:tcPr>
          <w:p w14:paraId="63717D92" w14:textId="77777777" w:rsidR="008170E2" w:rsidRPr="008F249A" w:rsidRDefault="00000000" w:rsidP="008F249A">
            <w:pPr>
              <w:rPr>
                <w:color w:val="C00000"/>
              </w:rPr>
            </w:pPr>
            <w:r w:rsidRPr="008F249A">
              <w:rPr>
                <w:b/>
                <w:color w:val="C00000"/>
                <w:sz w:val="20"/>
              </w:rPr>
              <w:t>5210 – Depozitări</w:t>
            </w:r>
          </w:p>
        </w:tc>
        <w:tc>
          <w:tcPr>
            <w:tcW w:w="2127" w:type="dxa"/>
          </w:tcPr>
          <w:p w14:paraId="13EB40A7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__________</w:t>
            </w:r>
          </w:p>
        </w:tc>
        <w:tc>
          <w:tcPr>
            <w:tcW w:w="1559" w:type="dxa"/>
          </w:tcPr>
          <w:p w14:paraId="431C0EC0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__________</w:t>
            </w:r>
          </w:p>
        </w:tc>
        <w:tc>
          <w:tcPr>
            <w:tcW w:w="1008" w:type="dxa"/>
          </w:tcPr>
          <w:p w14:paraId="266EAB8D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</w:t>
            </w:r>
          </w:p>
        </w:tc>
      </w:tr>
      <w:tr w:rsidR="008170E2" w14:paraId="65474FAB" w14:textId="77777777" w:rsidTr="008F249A">
        <w:trPr>
          <w:jc w:val="center"/>
        </w:trPr>
        <w:tc>
          <w:tcPr>
            <w:tcW w:w="1912" w:type="dxa"/>
          </w:tcPr>
          <w:p w14:paraId="749F2E15" w14:textId="77777777" w:rsidR="008170E2" w:rsidRDefault="00000000">
            <w:pPr>
              <w:jc w:val="center"/>
            </w:pPr>
            <w:r>
              <w:rPr>
                <w:sz w:val="20"/>
              </w:rPr>
              <w:t>2025</w:t>
            </w:r>
          </w:p>
        </w:tc>
        <w:tc>
          <w:tcPr>
            <w:tcW w:w="3299" w:type="dxa"/>
          </w:tcPr>
          <w:p w14:paraId="19B7C475" w14:textId="77777777" w:rsidR="008170E2" w:rsidRPr="008F249A" w:rsidRDefault="00000000" w:rsidP="008F249A">
            <w:pPr>
              <w:rPr>
                <w:color w:val="C00000"/>
              </w:rPr>
            </w:pPr>
            <w:r w:rsidRPr="008F249A">
              <w:rPr>
                <w:b/>
                <w:color w:val="C00000"/>
                <w:sz w:val="20"/>
              </w:rPr>
              <w:t>5210 – Depozitări</w:t>
            </w:r>
          </w:p>
        </w:tc>
        <w:tc>
          <w:tcPr>
            <w:tcW w:w="2127" w:type="dxa"/>
          </w:tcPr>
          <w:p w14:paraId="39F8747A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__________</w:t>
            </w:r>
          </w:p>
        </w:tc>
        <w:tc>
          <w:tcPr>
            <w:tcW w:w="1559" w:type="dxa"/>
          </w:tcPr>
          <w:p w14:paraId="0B993A19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__________</w:t>
            </w:r>
          </w:p>
        </w:tc>
        <w:tc>
          <w:tcPr>
            <w:tcW w:w="1008" w:type="dxa"/>
          </w:tcPr>
          <w:p w14:paraId="10569964" w14:textId="77777777" w:rsidR="008170E2" w:rsidRDefault="00000000">
            <w:pPr>
              <w:jc w:val="center"/>
            </w:pPr>
            <w:r>
              <w:rPr>
                <w:b/>
                <w:color w:val="C00000"/>
                <w:sz w:val="20"/>
              </w:rPr>
              <w:t>____</w:t>
            </w:r>
          </w:p>
        </w:tc>
      </w:tr>
      <w:tr w:rsidR="008F249A" w14:paraId="1EB12F4D" w14:textId="77777777" w:rsidTr="008F249A">
        <w:trPr>
          <w:jc w:val="center"/>
        </w:trPr>
        <w:tc>
          <w:tcPr>
            <w:tcW w:w="1912" w:type="dxa"/>
          </w:tcPr>
          <w:p w14:paraId="0A22C443" w14:textId="77777777" w:rsidR="008F249A" w:rsidRDefault="008F249A">
            <w:pPr>
              <w:jc w:val="center"/>
              <w:rPr>
                <w:sz w:val="20"/>
              </w:rPr>
            </w:pPr>
          </w:p>
        </w:tc>
        <w:tc>
          <w:tcPr>
            <w:tcW w:w="3299" w:type="dxa"/>
          </w:tcPr>
          <w:p w14:paraId="72CFFB8E" w14:textId="6A57510B" w:rsidR="008F249A" w:rsidRPr="008F249A" w:rsidRDefault="008F249A" w:rsidP="008F249A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/>
                <w:bCs/>
                <w:iCs/>
                <w:color w:val="C00000"/>
                <w:sz w:val="20"/>
                <w:szCs w:val="20"/>
                <w:lang w:val="ro-RO"/>
              </w:rPr>
            </w:pPr>
            <w:r w:rsidRPr="008F249A">
              <w:rPr>
                <w:rFonts w:eastAsia="Times New Roman" w:cs="Times New Roman"/>
                <w:b/>
                <w:bCs/>
                <w:iCs/>
                <w:color w:val="C00000"/>
                <w:sz w:val="20"/>
                <w:szCs w:val="20"/>
                <w:lang w:val="ro-RO"/>
              </w:rPr>
              <w:t>1061 - Fabricarea produselor de morărit</w:t>
            </w:r>
          </w:p>
        </w:tc>
        <w:tc>
          <w:tcPr>
            <w:tcW w:w="2127" w:type="dxa"/>
          </w:tcPr>
          <w:p w14:paraId="2FF25FC9" w14:textId="77777777" w:rsidR="008F249A" w:rsidRDefault="008F249A" w:rsidP="008F249A">
            <w:pPr>
              <w:jc w:val="center"/>
              <w:rPr>
                <w:b/>
                <w:color w:val="C00000"/>
                <w:sz w:val="20"/>
              </w:rPr>
            </w:pPr>
          </w:p>
        </w:tc>
        <w:tc>
          <w:tcPr>
            <w:tcW w:w="1559" w:type="dxa"/>
          </w:tcPr>
          <w:p w14:paraId="00517CC3" w14:textId="77777777" w:rsidR="008F249A" w:rsidRDefault="008F249A">
            <w:pPr>
              <w:jc w:val="center"/>
              <w:rPr>
                <w:b/>
                <w:color w:val="C00000"/>
                <w:sz w:val="20"/>
              </w:rPr>
            </w:pPr>
          </w:p>
        </w:tc>
        <w:tc>
          <w:tcPr>
            <w:tcW w:w="1008" w:type="dxa"/>
          </w:tcPr>
          <w:p w14:paraId="512BF70B" w14:textId="77777777" w:rsidR="008F249A" w:rsidRDefault="008F249A">
            <w:pPr>
              <w:jc w:val="center"/>
              <w:rPr>
                <w:b/>
                <w:color w:val="C00000"/>
                <w:sz w:val="20"/>
              </w:rPr>
            </w:pPr>
          </w:p>
        </w:tc>
      </w:tr>
      <w:tr w:rsidR="008F249A" w14:paraId="3F42EE26" w14:textId="77777777" w:rsidTr="008F249A">
        <w:trPr>
          <w:jc w:val="center"/>
        </w:trPr>
        <w:tc>
          <w:tcPr>
            <w:tcW w:w="1912" w:type="dxa"/>
          </w:tcPr>
          <w:p w14:paraId="6C04FE31" w14:textId="77777777" w:rsidR="008F249A" w:rsidRDefault="008F249A">
            <w:pPr>
              <w:jc w:val="center"/>
              <w:rPr>
                <w:sz w:val="20"/>
              </w:rPr>
            </w:pPr>
          </w:p>
        </w:tc>
        <w:tc>
          <w:tcPr>
            <w:tcW w:w="3299" w:type="dxa"/>
          </w:tcPr>
          <w:p w14:paraId="16989DC8" w14:textId="1F6432D3" w:rsidR="008F249A" w:rsidRPr="008F249A" w:rsidRDefault="008F249A" w:rsidP="008F249A">
            <w:pPr>
              <w:rPr>
                <w:b/>
                <w:color w:val="C00000"/>
                <w:sz w:val="20"/>
              </w:rPr>
            </w:pPr>
            <w:r w:rsidRPr="008F249A">
              <w:rPr>
                <w:b/>
                <w:color w:val="C00000"/>
                <w:sz w:val="20"/>
              </w:rPr>
              <w:t xml:space="preserve">1091 - </w:t>
            </w:r>
            <w:proofErr w:type="spellStart"/>
            <w:r w:rsidRPr="008F249A">
              <w:rPr>
                <w:b/>
                <w:color w:val="C00000"/>
                <w:sz w:val="20"/>
              </w:rPr>
              <w:t>Fabricarea</w:t>
            </w:r>
            <w:proofErr w:type="spellEnd"/>
            <w:r w:rsidRPr="008F249A">
              <w:rPr>
                <w:b/>
                <w:color w:val="C00000"/>
                <w:sz w:val="20"/>
              </w:rPr>
              <w:t xml:space="preserve"> </w:t>
            </w:r>
            <w:proofErr w:type="spellStart"/>
            <w:r w:rsidRPr="008F249A">
              <w:rPr>
                <w:b/>
                <w:color w:val="C00000"/>
                <w:sz w:val="20"/>
              </w:rPr>
              <w:t>preparatelor</w:t>
            </w:r>
            <w:proofErr w:type="spellEnd"/>
            <w:r w:rsidRPr="008F249A">
              <w:rPr>
                <w:b/>
                <w:color w:val="C00000"/>
                <w:sz w:val="20"/>
              </w:rPr>
              <w:t xml:space="preserve"> pentru </w:t>
            </w:r>
            <w:proofErr w:type="spellStart"/>
            <w:r w:rsidRPr="008F249A">
              <w:rPr>
                <w:b/>
                <w:color w:val="C00000"/>
                <w:sz w:val="20"/>
              </w:rPr>
              <w:t>hrana</w:t>
            </w:r>
            <w:proofErr w:type="spellEnd"/>
            <w:r w:rsidRPr="008F249A">
              <w:rPr>
                <w:b/>
                <w:color w:val="C00000"/>
                <w:sz w:val="20"/>
              </w:rPr>
              <w:t xml:space="preserve"> </w:t>
            </w:r>
            <w:proofErr w:type="spellStart"/>
            <w:r w:rsidRPr="008F249A">
              <w:rPr>
                <w:b/>
                <w:color w:val="C00000"/>
                <w:sz w:val="20"/>
              </w:rPr>
              <w:t>animalelor</w:t>
            </w:r>
            <w:proofErr w:type="spellEnd"/>
            <w:r w:rsidRPr="008F249A">
              <w:rPr>
                <w:b/>
                <w:color w:val="C00000"/>
                <w:sz w:val="20"/>
              </w:rPr>
              <w:t xml:space="preserve"> de </w:t>
            </w:r>
            <w:proofErr w:type="spellStart"/>
            <w:r w:rsidRPr="008F249A">
              <w:rPr>
                <w:b/>
                <w:color w:val="C00000"/>
                <w:sz w:val="20"/>
              </w:rPr>
              <w:t>fermă</w:t>
            </w:r>
            <w:proofErr w:type="spellEnd"/>
          </w:p>
        </w:tc>
        <w:tc>
          <w:tcPr>
            <w:tcW w:w="2127" w:type="dxa"/>
          </w:tcPr>
          <w:p w14:paraId="77E9BE6C" w14:textId="77777777" w:rsidR="008F249A" w:rsidRDefault="008F249A">
            <w:pPr>
              <w:jc w:val="center"/>
              <w:rPr>
                <w:b/>
                <w:color w:val="C00000"/>
                <w:sz w:val="20"/>
              </w:rPr>
            </w:pPr>
          </w:p>
        </w:tc>
        <w:tc>
          <w:tcPr>
            <w:tcW w:w="1559" w:type="dxa"/>
          </w:tcPr>
          <w:p w14:paraId="5D3B1AFC" w14:textId="77777777" w:rsidR="008F249A" w:rsidRDefault="008F249A">
            <w:pPr>
              <w:jc w:val="center"/>
              <w:rPr>
                <w:b/>
                <w:color w:val="C00000"/>
                <w:sz w:val="20"/>
              </w:rPr>
            </w:pPr>
          </w:p>
        </w:tc>
        <w:tc>
          <w:tcPr>
            <w:tcW w:w="1008" w:type="dxa"/>
          </w:tcPr>
          <w:p w14:paraId="3F872929" w14:textId="77777777" w:rsidR="008F249A" w:rsidRDefault="008F249A">
            <w:pPr>
              <w:jc w:val="center"/>
              <w:rPr>
                <w:b/>
                <w:color w:val="C00000"/>
                <w:sz w:val="20"/>
              </w:rPr>
            </w:pPr>
          </w:p>
        </w:tc>
      </w:tr>
      <w:tr w:rsidR="008F249A" w14:paraId="19D6D8A0" w14:textId="77777777" w:rsidTr="008F249A">
        <w:trPr>
          <w:jc w:val="center"/>
        </w:trPr>
        <w:tc>
          <w:tcPr>
            <w:tcW w:w="1912" w:type="dxa"/>
          </w:tcPr>
          <w:p w14:paraId="27545B14" w14:textId="77777777" w:rsidR="008F249A" w:rsidRDefault="008F249A">
            <w:pPr>
              <w:jc w:val="center"/>
              <w:rPr>
                <w:sz w:val="20"/>
              </w:rPr>
            </w:pPr>
          </w:p>
        </w:tc>
        <w:tc>
          <w:tcPr>
            <w:tcW w:w="3299" w:type="dxa"/>
          </w:tcPr>
          <w:p w14:paraId="6A36C423" w14:textId="16A86E74" w:rsidR="008F249A" w:rsidRPr="008F249A" w:rsidRDefault="008F249A" w:rsidP="008F249A">
            <w:pPr>
              <w:tabs>
                <w:tab w:val="left" w:pos="0"/>
              </w:tabs>
              <w:rPr>
                <w:b/>
                <w:color w:val="C00000"/>
                <w:sz w:val="20"/>
              </w:rPr>
            </w:pPr>
            <w:r w:rsidRPr="008F249A">
              <w:rPr>
                <w:b/>
                <w:bCs/>
                <w:iCs/>
                <w:color w:val="C00000"/>
                <w:sz w:val="20"/>
                <w:lang w:val="ro-RO"/>
              </w:rPr>
              <w:t>1092 - Fabricarea preparatelor pentru hrana animalelor de companie</w:t>
            </w:r>
          </w:p>
        </w:tc>
        <w:tc>
          <w:tcPr>
            <w:tcW w:w="2127" w:type="dxa"/>
          </w:tcPr>
          <w:p w14:paraId="520F638E" w14:textId="77777777" w:rsidR="008F249A" w:rsidRDefault="008F249A">
            <w:pPr>
              <w:jc w:val="center"/>
              <w:rPr>
                <w:b/>
                <w:color w:val="C00000"/>
                <w:sz w:val="20"/>
              </w:rPr>
            </w:pPr>
          </w:p>
        </w:tc>
        <w:tc>
          <w:tcPr>
            <w:tcW w:w="1559" w:type="dxa"/>
          </w:tcPr>
          <w:p w14:paraId="336B2D8E" w14:textId="77777777" w:rsidR="008F249A" w:rsidRDefault="008F249A">
            <w:pPr>
              <w:jc w:val="center"/>
              <w:rPr>
                <w:b/>
                <w:color w:val="C00000"/>
                <w:sz w:val="20"/>
              </w:rPr>
            </w:pPr>
          </w:p>
        </w:tc>
        <w:tc>
          <w:tcPr>
            <w:tcW w:w="1008" w:type="dxa"/>
          </w:tcPr>
          <w:p w14:paraId="31BF7ACD" w14:textId="77777777" w:rsidR="008F249A" w:rsidRDefault="008F249A">
            <w:pPr>
              <w:jc w:val="center"/>
              <w:rPr>
                <w:b/>
                <w:color w:val="C00000"/>
                <w:sz w:val="20"/>
              </w:rPr>
            </w:pPr>
          </w:p>
        </w:tc>
      </w:tr>
    </w:tbl>
    <w:p w14:paraId="7BC831C1" w14:textId="723B6260" w:rsidR="008170E2" w:rsidRPr="00943E5C" w:rsidRDefault="00000000">
      <w:pPr>
        <w:jc w:val="both"/>
      </w:pPr>
      <w:proofErr w:type="spellStart"/>
      <w:r w:rsidRPr="00943E5C">
        <w:rPr>
          <w:sz w:val="20"/>
        </w:rPr>
        <w:lastRenderedPageBreak/>
        <w:t>Veniturile</w:t>
      </w:r>
      <w:proofErr w:type="spellEnd"/>
      <w:r w:rsidRPr="00943E5C">
        <w:rPr>
          <w:sz w:val="20"/>
        </w:rPr>
        <w:t xml:space="preserve"> de </w:t>
      </w:r>
      <w:proofErr w:type="spellStart"/>
      <w:r w:rsidRPr="00943E5C">
        <w:rPr>
          <w:sz w:val="20"/>
        </w:rPr>
        <w:t>mai</w:t>
      </w:r>
      <w:proofErr w:type="spellEnd"/>
      <w:r w:rsidRPr="00943E5C">
        <w:rPr>
          <w:sz w:val="20"/>
        </w:rPr>
        <w:t xml:space="preserve"> sus sunt </w:t>
      </w:r>
      <w:proofErr w:type="spellStart"/>
      <w:r w:rsidRPr="00943E5C">
        <w:rPr>
          <w:sz w:val="20"/>
        </w:rPr>
        <w:t>înregistrate</w:t>
      </w:r>
      <w:proofErr w:type="spellEnd"/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în</w:t>
      </w:r>
      <w:proofErr w:type="spellEnd"/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contul</w:t>
      </w:r>
      <w:proofErr w:type="spellEnd"/>
      <w:r w:rsidRPr="00943E5C">
        <w:rPr>
          <w:sz w:val="20"/>
        </w:rPr>
        <w:t xml:space="preserve"> </w:t>
      </w:r>
      <w:r w:rsidRPr="00943E5C">
        <w:rPr>
          <w:b/>
          <w:color w:val="C00000"/>
          <w:sz w:val="20"/>
        </w:rPr>
        <w:t>704 „</w:t>
      </w:r>
      <w:proofErr w:type="spellStart"/>
      <w:r w:rsidRPr="00943E5C">
        <w:rPr>
          <w:b/>
          <w:color w:val="C00000"/>
          <w:sz w:val="20"/>
        </w:rPr>
        <w:t>Venituri</w:t>
      </w:r>
      <w:proofErr w:type="spellEnd"/>
      <w:r w:rsidRPr="00943E5C">
        <w:rPr>
          <w:b/>
          <w:color w:val="C00000"/>
          <w:sz w:val="20"/>
        </w:rPr>
        <w:t xml:space="preserve"> din </w:t>
      </w:r>
      <w:proofErr w:type="spellStart"/>
      <w:r w:rsidRPr="00943E5C">
        <w:rPr>
          <w:b/>
          <w:color w:val="C00000"/>
          <w:sz w:val="20"/>
        </w:rPr>
        <w:t>servicii</w:t>
      </w:r>
      <w:proofErr w:type="spellEnd"/>
      <w:r w:rsidRPr="00943E5C">
        <w:rPr>
          <w:b/>
          <w:color w:val="C00000"/>
          <w:sz w:val="20"/>
        </w:rPr>
        <w:t xml:space="preserve"> </w:t>
      </w:r>
      <w:proofErr w:type="spellStart"/>
      <w:r w:rsidRPr="00943E5C">
        <w:rPr>
          <w:b/>
          <w:color w:val="C00000"/>
          <w:sz w:val="20"/>
        </w:rPr>
        <w:t>prestate</w:t>
      </w:r>
      <w:proofErr w:type="spellEnd"/>
      <w:r w:rsidRPr="00943E5C">
        <w:rPr>
          <w:b/>
          <w:color w:val="C00000"/>
          <w:sz w:val="20"/>
        </w:rPr>
        <w:t xml:space="preserve">” – </w:t>
      </w:r>
      <w:proofErr w:type="spellStart"/>
      <w:r w:rsidRPr="00943E5C">
        <w:rPr>
          <w:b/>
          <w:color w:val="C00000"/>
          <w:sz w:val="20"/>
        </w:rPr>
        <w:t>analitic</w:t>
      </w:r>
      <w:proofErr w:type="spellEnd"/>
      <w:r w:rsidRPr="00943E5C">
        <w:rPr>
          <w:b/>
          <w:color w:val="C00000"/>
          <w:sz w:val="20"/>
        </w:rPr>
        <w:t xml:space="preserve"> ____</w:t>
      </w:r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și</w:t>
      </w:r>
      <w:proofErr w:type="spellEnd"/>
      <w:r w:rsidRPr="00943E5C">
        <w:rPr>
          <w:sz w:val="20"/>
        </w:rPr>
        <w:t xml:space="preserve"> se </w:t>
      </w:r>
      <w:proofErr w:type="spellStart"/>
      <w:r w:rsidRPr="00943E5C">
        <w:rPr>
          <w:sz w:val="20"/>
        </w:rPr>
        <w:t>regăsesc</w:t>
      </w:r>
      <w:proofErr w:type="spellEnd"/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în</w:t>
      </w:r>
      <w:proofErr w:type="spellEnd"/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Contul</w:t>
      </w:r>
      <w:proofErr w:type="spellEnd"/>
      <w:r w:rsidRPr="00943E5C">
        <w:rPr>
          <w:sz w:val="20"/>
        </w:rPr>
        <w:t xml:space="preserve"> de profit </w:t>
      </w:r>
      <w:proofErr w:type="spellStart"/>
      <w:r w:rsidRPr="00943E5C">
        <w:rPr>
          <w:sz w:val="20"/>
        </w:rPr>
        <w:t>și</w:t>
      </w:r>
      <w:proofErr w:type="spellEnd"/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pierdere</w:t>
      </w:r>
      <w:proofErr w:type="spellEnd"/>
      <w:r w:rsidRPr="00943E5C">
        <w:rPr>
          <w:sz w:val="20"/>
        </w:rPr>
        <w:t xml:space="preserve"> (formular F20) </w:t>
      </w:r>
      <w:proofErr w:type="spellStart"/>
      <w:r w:rsidRPr="00943E5C">
        <w:rPr>
          <w:sz w:val="20"/>
        </w:rPr>
        <w:t>aferent</w:t>
      </w:r>
      <w:proofErr w:type="spellEnd"/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fiecărui</w:t>
      </w:r>
      <w:proofErr w:type="spellEnd"/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exercițiu</w:t>
      </w:r>
      <w:proofErr w:type="spellEnd"/>
      <w:r w:rsidRPr="00943E5C">
        <w:rPr>
          <w:sz w:val="20"/>
        </w:rPr>
        <w:t xml:space="preserve"> </w:t>
      </w:r>
      <w:proofErr w:type="spellStart"/>
      <w:r w:rsidRPr="00943E5C">
        <w:rPr>
          <w:sz w:val="20"/>
        </w:rPr>
        <w:t>financiar</w:t>
      </w:r>
      <w:proofErr w:type="spellEnd"/>
      <w:r w:rsidR="00E723DB" w:rsidRPr="00943E5C">
        <w:rPr>
          <w:sz w:val="20"/>
        </w:rPr>
        <w:t>.</w:t>
      </w:r>
    </w:p>
    <w:p w14:paraId="3A55F12D" w14:textId="28AC3117" w:rsidR="008170E2" w:rsidRPr="00943E5C" w:rsidRDefault="00E723DB">
      <w:pPr>
        <w:jc w:val="both"/>
      </w:pPr>
      <w:r w:rsidRPr="00943E5C">
        <w:t xml:space="preserve">3. </w:t>
      </w:r>
      <w:proofErr w:type="spellStart"/>
      <w:r w:rsidRPr="00943E5C">
        <w:t>Membrul</w:t>
      </w:r>
      <w:proofErr w:type="spellEnd"/>
      <w:r w:rsidRPr="00943E5C">
        <w:t xml:space="preserve"> cooperator </w:t>
      </w:r>
      <w:proofErr w:type="spellStart"/>
      <w:r w:rsidRPr="00943E5C">
        <w:t>acționar</w:t>
      </w:r>
      <w:proofErr w:type="spellEnd"/>
      <w:r w:rsidRPr="00943E5C">
        <w:t xml:space="preserve"> </w:t>
      </w:r>
      <w:r w:rsidRPr="00943E5C">
        <w:rPr>
          <w:b/>
          <w:color w:val="C00000"/>
        </w:rPr>
        <w:t>NUME SOLICITANT</w:t>
      </w:r>
      <w:r w:rsidRPr="00943E5C">
        <w:t xml:space="preserve">, CUI/CIF </w:t>
      </w:r>
      <w:r w:rsidRPr="00943E5C">
        <w:rPr>
          <w:b/>
          <w:color w:val="C00000"/>
        </w:rPr>
        <w:t>________</w:t>
      </w:r>
      <w:r w:rsidRPr="00943E5C">
        <w:t xml:space="preserve">, </w:t>
      </w:r>
      <w:proofErr w:type="spellStart"/>
      <w:r w:rsidRPr="00943E5C">
        <w:t>livrează</w:t>
      </w:r>
      <w:proofErr w:type="spellEnd"/>
      <w:r w:rsidRPr="00943E5C">
        <w:t xml:space="preserve"> </w:t>
      </w:r>
      <w:proofErr w:type="spellStart"/>
      <w:r w:rsidRPr="00943E5C">
        <w:t>materie</w:t>
      </w:r>
      <w:proofErr w:type="spellEnd"/>
      <w:r w:rsidRPr="00943E5C">
        <w:t xml:space="preserve"> </w:t>
      </w:r>
      <w:proofErr w:type="spellStart"/>
      <w:r w:rsidRPr="00943E5C">
        <w:t>primă</w:t>
      </w:r>
      <w:proofErr w:type="spellEnd"/>
      <w:r w:rsidRPr="00943E5C">
        <w:t xml:space="preserve"> din </w:t>
      </w:r>
      <w:proofErr w:type="spellStart"/>
      <w:r w:rsidRPr="00943E5C">
        <w:t>producția</w:t>
      </w:r>
      <w:proofErr w:type="spellEnd"/>
      <w:r w:rsidRPr="00943E5C">
        <w:t xml:space="preserve"> </w:t>
      </w:r>
      <w:proofErr w:type="spellStart"/>
      <w:r w:rsidRPr="00943E5C">
        <w:t>proprie</w:t>
      </w:r>
      <w:proofErr w:type="spellEnd"/>
      <w:r w:rsidRPr="00943E5C">
        <w:t xml:space="preserve"> (</w:t>
      </w:r>
      <w:proofErr w:type="spellStart"/>
      <w:r w:rsidRPr="00943E5C">
        <w:t>produse</w:t>
      </w:r>
      <w:proofErr w:type="spellEnd"/>
      <w:r w:rsidRPr="00943E5C">
        <w:t xml:space="preserve"> </w:t>
      </w:r>
      <w:proofErr w:type="spellStart"/>
      <w:r w:rsidRPr="00943E5C">
        <w:t>agricole</w:t>
      </w:r>
      <w:proofErr w:type="spellEnd"/>
      <w:r w:rsidRPr="00943E5C">
        <w:t xml:space="preserve"> </w:t>
      </w:r>
      <w:proofErr w:type="spellStart"/>
      <w:r w:rsidRPr="00943E5C">
        <w:t>prevăzute</w:t>
      </w:r>
      <w:proofErr w:type="spellEnd"/>
      <w:r w:rsidRPr="00943E5C">
        <w:t xml:space="preserve"> </w:t>
      </w:r>
      <w:proofErr w:type="spellStart"/>
      <w:r w:rsidRPr="00943E5C">
        <w:t>în</w:t>
      </w:r>
      <w:proofErr w:type="spellEnd"/>
      <w:r w:rsidRPr="00943E5C">
        <w:t xml:space="preserve"> </w:t>
      </w:r>
      <w:proofErr w:type="spellStart"/>
      <w:r w:rsidRPr="00943E5C">
        <w:t>Anexa</w:t>
      </w:r>
      <w:proofErr w:type="spellEnd"/>
      <w:r w:rsidRPr="00943E5C">
        <w:t xml:space="preserve"> I la TFUE) </w:t>
      </w:r>
      <w:proofErr w:type="spellStart"/>
      <w:r w:rsidRPr="00943E5C">
        <w:t>către</w:t>
      </w:r>
      <w:proofErr w:type="spellEnd"/>
      <w:r w:rsidRPr="00943E5C">
        <w:t xml:space="preserve"> </w:t>
      </w:r>
      <w:proofErr w:type="spellStart"/>
      <w:r w:rsidRPr="00943E5C">
        <w:t>cooperativă</w:t>
      </w:r>
      <w:proofErr w:type="spellEnd"/>
      <w:r w:rsidRPr="00943E5C">
        <w:t xml:space="preserve">, </w:t>
      </w:r>
      <w:proofErr w:type="spellStart"/>
      <w:r w:rsidRPr="00943E5C">
        <w:t>aceasta</w:t>
      </w:r>
      <w:proofErr w:type="spellEnd"/>
      <w:r w:rsidRPr="00943E5C">
        <w:t xml:space="preserve"> </w:t>
      </w:r>
      <w:proofErr w:type="spellStart"/>
      <w:r w:rsidRPr="00943E5C">
        <w:t>fiind</w:t>
      </w:r>
      <w:proofErr w:type="spellEnd"/>
      <w:r w:rsidRPr="00943E5C">
        <w:t xml:space="preserve"> </w:t>
      </w:r>
      <w:proofErr w:type="spellStart"/>
      <w:r w:rsidRPr="00943E5C">
        <w:t>supusă</w:t>
      </w:r>
      <w:proofErr w:type="spellEnd"/>
      <w:r w:rsidRPr="00943E5C">
        <w:t xml:space="preserve"> </w:t>
      </w:r>
      <w:proofErr w:type="spellStart"/>
      <w:r w:rsidRPr="00943E5C">
        <w:t>condiționării</w:t>
      </w:r>
      <w:proofErr w:type="spellEnd"/>
      <w:r w:rsidRPr="00943E5C">
        <w:t>/</w:t>
      </w:r>
      <w:proofErr w:type="spellStart"/>
      <w:r w:rsidRPr="00943E5C">
        <w:t>depozitării</w:t>
      </w:r>
      <w:proofErr w:type="spellEnd"/>
      <w:r w:rsidRPr="00943E5C">
        <w:t xml:space="preserve"> </w:t>
      </w:r>
      <w:proofErr w:type="spellStart"/>
      <w:r w:rsidRPr="00943E5C">
        <w:t>în</w:t>
      </w:r>
      <w:proofErr w:type="spellEnd"/>
      <w:r w:rsidRPr="00943E5C">
        <w:t xml:space="preserve"> </w:t>
      </w:r>
      <w:proofErr w:type="spellStart"/>
      <w:r w:rsidRPr="00943E5C">
        <w:t>unitatea</w:t>
      </w:r>
      <w:proofErr w:type="spellEnd"/>
      <w:r w:rsidRPr="00943E5C">
        <w:t xml:space="preserve"> </w:t>
      </w:r>
      <w:proofErr w:type="spellStart"/>
      <w:r w:rsidRPr="00943E5C">
        <w:t>menționată</w:t>
      </w:r>
      <w:proofErr w:type="spellEnd"/>
      <w:r w:rsidRPr="00943E5C">
        <w:t xml:space="preserve">, conform </w:t>
      </w:r>
      <w:proofErr w:type="spellStart"/>
      <w:r w:rsidRPr="00943E5C">
        <w:t>contractelor</w:t>
      </w:r>
      <w:proofErr w:type="spellEnd"/>
      <w:r w:rsidRPr="00943E5C">
        <w:t xml:space="preserve"> de </w:t>
      </w:r>
      <w:proofErr w:type="spellStart"/>
      <w:r w:rsidRPr="00943E5C">
        <w:t>vânzare-cumpărare</w:t>
      </w:r>
      <w:proofErr w:type="spellEnd"/>
      <w:r w:rsidRPr="00943E5C">
        <w:t xml:space="preserve"> </w:t>
      </w:r>
      <w:proofErr w:type="spellStart"/>
      <w:r w:rsidRPr="00943E5C">
        <w:t>și</w:t>
      </w:r>
      <w:proofErr w:type="spellEnd"/>
      <w:r w:rsidRPr="00943E5C">
        <w:t xml:space="preserve"> </w:t>
      </w:r>
      <w:proofErr w:type="spellStart"/>
      <w:r w:rsidRPr="00943E5C">
        <w:t>documentelor</w:t>
      </w:r>
      <w:proofErr w:type="spellEnd"/>
      <w:r w:rsidRPr="00943E5C">
        <w:t xml:space="preserve"> de </w:t>
      </w:r>
      <w:proofErr w:type="spellStart"/>
      <w:r w:rsidRPr="00943E5C">
        <w:t>recepție</w:t>
      </w:r>
      <w:proofErr w:type="spellEnd"/>
      <w:r w:rsidRPr="00943E5C">
        <w:t xml:space="preserve"> </w:t>
      </w:r>
      <w:proofErr w:type="spellStart"/>
      <w:r w:rsidRPr="00943E5C">
        <w:t>înregistrate</w:t>
      </w:r>
      <w:proofErr w:type="spellEnd"/>
      <w:r w:rsidRPr="00943E5C">
        <w:t xml:space="preserve"> </w:t>
      </w:r>
      <w:proofErr w:type="spellStart"/>
      <w:r w:rsidRPr="00943E5C">
        <w:t>în</w:t>
      </w:r>
      <w:proofErr w:type="spellEnd"/>
      <w:r w:rsidRPr="00943E5C">
        <w:t xml:space="preserve"> </w:t>
      </w:r>
      <w:proofErr w:type="spellStart"/>
      <w:r w:rsidRPr="00943E5C">
        <w:t>contabilitatea</w:t>
      </w:r>
      <w:proofErr w:type="spellEnd"/>
      <w:r w:rsidRPr="00943E5C">
        <w:t xml:space="preserve"> </w:t>
      </w:r>
      <w:proofErr w:type="spellStart"/>
      <w:r w:rsidRPr="00943E5C">
        <w:t>cooperativei</w:t>
      </w:r>
      <w:proofErr w:type="spellEnd"/>
      <w:r w:rsidRPr="00943E5C">
        <w:t>.</w:t>
      </w:r>
    </w:p>
    <w:p w14:paraId="57CECB04" w14:textId="77777777" w:rsidR="00E723DB" w:rsidRPr="00943E5C" w:rsidRDefault="00000000">
      <w:pPr>
        <w:jc w:val="both"/>
      </w:pPr>
      <w:proofErr w:type="spellStart"/>
      <w:r w:rsidRPr="00943E5C">
        <w:t>Prezenta</w:t>
      </w:r>
      <w:proofErr w:type="spellEnd"/>
      <w:r w:rsidRPr="00943E5C">
        <w:t xml:space="preserve"> </w:t>
      </w:r>
      <w:proofErr w:type="spellStart"/>
      <w:r w:rsidRPr="00943E5C">
        <w:t>declarație</w:t>
      </w:r>
      <w:proofErr w:type="spellEnd"/>
      <w:r w:rsidRPr="00943E5C">
        <w:t xml:space="preserve"> a </w:t>
      </w:r>
      <w:proofErr w:type="spellStart"/>
      <w:r w:rsidRPr="00943E5C">
        <w:t>fost</w:t>
      </w:r>
      <w:proofErr w:type="spellEnd"/>
      <w:r w:rsidRPr="00943E5C">
        <w:t xml:space="preserve"> </w:t>
      </w:r>
      <w:proofErr w:type="spellStart"/>
      <w:r w:rsidRPr="00943E5C">
        <w:t>întocmită</w:t>
      </w:r>
      <w:proofErr w:type="spellEnd"/>
      <w:r w:rsidRPr="00943E5C">
        <w:t xml:space="preserve">, pentru a </w:t>
      </w:r>
      <w:proofErr w:type="spellStart"/>
      <w:r w:rsidRPr="00943E5C">
        <w:t>servi</w:t>
      </w:r>
      <w:proofErr w:type="spellEnd"/>
      <w:r w:rsidRPr="00943E5C">
        <w:t xml:space="preserve"> </w:t>
      </w:r>
      <w:proofErr w:type="spellStart"/>
      <w:r w:rsidRPr="00943E5C">
        <w:t>membrului</w:t>
      </w:r>
      <w:proofErr w:type="spellEnd"/>
      <w:r w:rsidRPr="00943E5C">
        <w:t xml:space="preserve"> cooperator </w:t>
      </w:r>
      <w:proofErr w:type="spellStart"/>
      <w:r w:rsidRPr="00943E5C">
        <w:t>acționar</w:t>
      </w:r>
      <w:proofErr w:type="spellEnd"/>
      <w:r w:rsidRPr="00943E5C">
        <w:t xml:space="preserve"> la </w:t>
      </w:r>
      <w:proofErr w:type="spellStart"/>
      <w:r w:rsidRPr="00943E5C">
        <w:t>depunerea</w:t>
      </w:r>
      <w:proofErr w:type="spellEnd"/>
      <w:r w:rsidRPr="00943E5C">
        <w:t xml:space="preserve"> </w:t>
      </w:r>
      <w:proofErr w:type="spellStart"/>
      <w:r w:rsidRPr="00943E5C">
        <w:t>cererii</w:t>
      </w:r>
      <w:proofErr w:type="spellEnd"/>
      <w:r w:rsidRPr="00943E5C">
        <w:t xml:space="preserve"> de </w:t>
      </w:r>
      <w:proofErr w:type="spellStart"/>
      <w:r w:rsidRPr="00943E5C">
        <w:t>finanțare</w:t>
      </w:r>
      <w:proofErr w:type="spellEnd"/>
      <w:r w:rsidRPr="00943E5C">
        <w:t xml:space="preserve"> </w:t>
      </w:r>
      <w:proofErr w:type="spellStart"/>
      <w:r w:rsidRPr="00943E5C">
        <w:t>în</w:t>
      </w:r>
      <w:proofErr w:type="spellEnd"/>
      <w:r w:rsidRPr="00943E5C">
        <w:t xml:space="preserve"> </w:t>
      </w:r>
      <w:proofErr w:type="spellStart"/>
      <w:r w:rsidRPr="00943E5C">
        <w:t>cadrul</w:t>
      </w:r>
      <w:proofErr w:type="spellEnd"/>
      <w:r w:rsidRPr="00943E5C">
        <w:t xml:space="preserve"> </w:t>
      </w:r>
      <w:proofErr w:type="spellStart"/>
      <w:r w:rsidRPr="00943E5C">
        <w:t>intervenției</w:t>
      </w:r>
      <w:proofErr w:type="spellEnd"/>
      <w:r w:rsidRPr="00943E5C">
        <w:t xml:space="preserve"> DR-12 la </w:t>
      </w:r>
      <w:proofErr w:type="spellStart"/>
      <w:r w:rsidRPr="00943E5C">
        <w:t>Agenția</w:t>
      </w:r>
      <w:proofErr w:type="spellEnd"/>
      <w:r w:rsidRPr="00943E5C">
        <w:t xml:space="preserve"> pentru </w:t>
      </w:r>
      <w:proofErr w:type="spellStart"/>
      <w:r w:rsidRPr="00943E5C">
        <w:t>Finanțarea</w:t>
      </w:r>
      <w:proofErr w:type="spellEnd"/>
      <w:r w:rsidRPr="00943E5C">
        <w:t xml:space="preserve"> </w:t>
      </w:r>
      <w:proofErr w:type="spellStart"/>
      <w:r w:rsidRPr="00943E5C">
        <w:t>Investițiilor</w:t>
      </w:r>
      <w:proofErr w:type="spellEnd"/>
      <w:r w:rsidRPr="00943E5C">
        <w:t xml:space="preserve"> </w:t>
      </w:r>
      <w:proofErr w:type="spellStart"/>
      <w:r w:rsidRPr="00943E5C">
        <w:t>Rurale</w:t>
      </w:r>
      <w:proofErr w:type="spellEnd"/>
      <w:r w:rsidRPr="00943E5C">
        <w:t xml:space="preserve">, </w:t>
      </w:r>
      <w:proofErr w:type="spellStart"/>
      <w:r w:rsidRPr="00943E5C">
        <w:t>și</w:t>
      </w:r>
      <w:proofErr w:type="spellEnd"/>
      <w:r w:rsidRPr="00943E5C">
        <w:t xml:space="preserve"> </w:t>
      </w:r>
      <w:proofErr w:type="spellStart"/>
      <w:r w:rsidRPr="00943E5C">
        <w:t>poate</w:t>
      </w:r>
      <w:proofErr w:type="spellEnd"/>
      <w:r w:rsidRPr="00943E5C">
        <w:t xml:space="preserve"> fi </w:t>
      </w:r>
      <w:proofErr w:type="spellStart"/>
      <w:r w:rsidRPr="00943E5C">
        <w:t>verificată</w:t>
      </w:r>
      <w:proofErr w:type="spellEnd"/>
      <w:r w:rsidRPr="00943E5C">
        <w:t xml:space="preserve"> de AFIR </w:t>
      </w:r>
      <w:proofErr w:type="spellStart"/>
      <w:r w:rsidRPr="00943E5C">
        <w:t>atât</w:t>
      </w:r>
      <w:proofErr w:type="spellEnd"/>
      <w:r w:rsidRPr="00943E5C">
        <w:t xml:space="preserve"> la </w:t>
      </w:r>
      <w:proofErr w:type="spellStart"/>
      <w:r w:rsidRPr="00943E5C">
        <w:t>evaluare</w:t>
      </w:r>
      <w:proofErr w:type="spellEnd"/>
      <w:r w:rsidRPr="00943E5C">
        <w:t xml:space="preserve">, </w:t>
      </w:r>
      <w:proofErr w:type="spellStart"/>
      <w:r w:rsidRPr="00943E5C">
        <w:t>cât</w:t>
      </w:r>
      <w:proofErr w:type="spellEnd"/>
      <w:r w:rsidRPr="00943E5C">
        <w:t xml:space="preserve"> </w:t>
      </w:r>
      <w:proofErr w:type="spellStart"/>
      <w:r w:rsidRPr="00943E5C">
        <w:t>și</w:t>
      </w:r>
      <w:proofErr w:type="spellEnd"/>
      <w:r w:rsidRPr="00943E5C">
        <w:t xml:space="preserve"> la ultima </w:t>
      </w:r>
      <w:proofErr w:type="spellStart"/>
      <w:r w:rsidRPr="00943E5C">
        <w:t>cerere</w:t>
      </w:r>
      <w:proofErr w:type="spellEnd"/>
      <w:r w:rsidRPr="00943E5C">
        <w:t xml:space="preserve"> de </w:t>
      </w:r>
      <w:proofErr w:type="spellStart"/>
      <w:r w:rsidRPr="00943E5C">
        <w:t>plată</w:t>
      </w:r>
      <w:proofErr w:type="spellEnd"/>
      <w:r w:rsidRPr="00943E5C">
        <w:t xml:space="preserve">. </w:t>
      </w:r>
    </w:p>
    <w:p w14:paraId="675AA8EE" w14:textId="77777777" w:rsidR="008170E2" w:rsidRPr="00943E5C" w:rsidRDefault="008170E2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8170E2" w:rsidRPr="00EC582E" w14:paraId="7CF38879" w14:textId="77777777">
        <w:trPr>
          <w:jc w:val="center"/>
        </w:trPr>
        <w:tc>
          <w:tcPr>
            <w:tcW w:w="4844" w:type="dxa"/>
          </w:tcPr>
          <w:p w14:paraId="1C0F972B" w14:textId="77777777" w:rsidR="008170E2" w:rsidRDefault="00000000">
            <w:pPr>
              <w:jc w:val="center"/>
            </w:pPr>
            <w:r>
              <w:rPr>
                <w:b/>
              </w:rPr>
              <w:t xml:space="preserve">Expert </w:t>
            </w:r>
            <w:proofErr w:type="spellStart"/>
            <w:r>
              <w:rPr>
                <w:b/>
              </w:rPr>
              <w:t>contabil</w:t>
            </w:r>
            <w:proofErr w:type="spellEnd"/>
            <w:r>
              <w:rPr>
                <w:b/>
              </w:rPr>
              <w:t>,</w:t>
            </w:r>
          </w:p>
        </w:tc>
        <w:tc>
          <w:tcPr>
            <w:tcW w:w="4844" w:type="dxa"/>
          </w:tcPr>
          <w:p w14:paraId="1D2704E5" w14:textId="2D65B46A" w:rsidR="008170E2" w:rsidRPr="008F249A" w:rsidRDefault="00000000">
            <w:pPr>
              <w:jc w:val="center"/>
              <w:rPr>
                <w:lang w:val="it-IT"/>
              </w:rPr>
            </w:pPr>
            <w:r w:rsidRPr="008F249A">
              <w:rPr>
                <w:b/>
                <w:lang w:val="it-IT"/>
              </w:rPr>
              <w:t>Luat la cunoștință,</w:t>
            </w:r>
            <w:r w:rsidRPr="008F249A">
              <w:rPr>
                <w:b/>
                <w:lang w:val="it-IT"/>
              </w:rPr>
              <w:br/>
            </w:r>
            <w:r w:rsidR="008F249A" w:rsidRPr="008F249A">
              <w:rPr>
                <w:b/>
                <w:lang w:val="it-IT"/>
              </w:rPr>
              <w:t>.</w:t>
            </w:r>
            <w:r w:rsidR="008F249A">
              <w:rPr>
                <w:b/>
                <w:lang w:val="it-IT"/>
              </w:rPr>
              <w:t>.....................</w:t>
            </w:r>
            <w:r w:rsidRPr="008F249A">
              <w:rPr>
                <w:b/>
                <w:lang w:val="it-IT"/>
              </w:rPr>
              <w:t xml:space="preserve"> Cooperativa Agricolă</w:t>
            </w:r>
          </w:p>
        </w:tc>
      </w:tr>
      <w:tr w:rsidR="008170E2" w14:paraId="2E0E2999" w14:textId="77777777">
        <w:trPr>
          <w:jc w:val="center"/>
        </w:trPr>
        <w:tc>
          <w:tcPr>
            <w:tcW w:w="4844" w:type="dxa"/>
          </w:tcPr>
          <w:p w14:paraId="25C78E82" w14:textId="77777777" w:rsidR="008170E2" w:rsidRDefault="00000000">
            <w:pPr>
              <w:jc w:val="center"/>
            </w:pPr>
            <w:proofErr w:type="spellStart"/>
            <w:r>
              <w:rPr>
                <w:b/>
                <w:color w:val="C00000"/>
              </w:rPr>
              <w:t>Nume</w:t>
            </w:r>
            <w:proofErr w:type="spellEnd"/>
            <w:r>
              <w:rPr>
                <w:b/>
                <w:color w:val="C00000"/>
              </w:rPr>
              <w:t xml:space="preserve"> </w:t>
            </w:r>
            <w:proofErr w:type="spellStart"/>
            <w:r>
              <w:rPr>
                <w:b/>
                <w:color w:val="C00000"/>
              </w:rPr>
              <w:t>Prenume</w:t>
            </w:r>
            <w:proofErr w:type="spellEnd"/>
            <w:r>
              <w:br/>
              <w:t xml:space="preserve">Carnet CECCAR nr. </w:t>
            </w:r>
            <w:r>
              <w:rPr>
                <w:b/>
                <w:color w:val="C00000"/>
              </w:rPr>
              <w:t>_____</w:t>
            </w:r>
          </w:p>
        </w:tc>
        <w:tc>
          <w:tcPr>
            <w:tcW w:w="4844" w:type="dxa"/>
          </w:tcPr>
          <w:p w14:paraId="73B2D123" w14:textId="5281E6EB" w:rsidR="008170E2" w:rsidRDefault="00000000">
            <w:pPr>
              <w:jc w:val="center"/>
            </w:pPr>
            <w:proofErr w:type="spellStart"/>
            <w:r>
              <w:t>Președinte</w:t>
            </w:r>
            <w:proofErr w:type="spellEnd"/>
            <w:r>
              <w:t xml:space="preserve">, </w:t>
            </w:r>
            <w:r w:rsidR="008F249A">
              <w:rPr>
                <w:b/>
                <w:color w:val="C00000"/>
              </w:rPr>
              <w:t>………………</w:t>
            </w:r>
          </w:p>
        </w:tc>
      </w:tr>
      <w:tr w:rsidR="008170E2" w14:paraId="1F36F90E" w14:textId="77777777">
        <w:trPr>
          <w:jc w:val="center"/>
        </w:trPr>
        <w:tc>
          <w:tcPr>
            <w:tcW w:w="4844" w:type="dxa"/>
          </w:tcPr>
          <w:p w14:paraId="705E8C0D" w14:textId="77777777" w:rsidR="008170E2" w:rsidRDefault="00000000">
            <w:pPr>
              <w:jc w:val="center"/>
            </w:pPr>
            <w:r>
              <w:t>Semnătura și parafa</w:t>
            </w:r>
            <w:r>
              <w:br/>
            </w:r>
            <w:r>
              <w:br/>
            </w:r>
            <w:r>
              <w:br/>
              <w:t xml:space="preserve">Data: </w:t>
            </w:r>
            <w:r>
              <w:rPr>
                <w:b/>
                <w:color w:val="C00000"/>
              </w:rPr>
              <w:t>_</w:t>
            </w:r>
            <w:proofErr w:type="gramStart"/>
            <w:r>
              <w:rPr>
                <w:b/>
                <w:color w:val="C00000"/>
              </w:rPr>
              <w:t>_._</w:t>
            </w:r>
            <w:proofErr w:type="gramEnd"/>
            <w:r>
              <w:rPr>
                <w:b/>
                <w:color w:val="C00000"/>
              </w:rPr>
              <w:t>_.2026</w:t>
            </w:r>
          </w:p>
        </w:tc>
        <w:tc>
          <w:tcPr>
            <w:tcW w:w="4844" w:type="dxa"/>
          </w:tcPr>
          <w:p w14:paraId="762FB4C6" w14:textId="77777777" w:rsidR="008170E2" w:rsidRDefault="00000000">
            <w:pPr>
              <w:jc w:val="center"/>
            </w:pPr>
            <w:r>
              <w:t>Semnătura și ștampila</w:t>
            </w:r>
          </w:p>
        </w:tc>
      </w:tr>
    </w:tbl>
    <w:p w14:paraId="1AFD61EF" w14:textId="77777777" w:rsidR="00EE25B3" w:rsidRDefault="00EE25B3"/>
    <w:p w14:paraId="466C5362" w14:textId="77777777" w:rsidR="00EC582E" w:rsidRDefault="00EC582E"/>
    <w:p w14:paraId="3A4D41CB" w14:textId="77777777" w:rsidR="00EC582E" w:rsidRDefault="00EC582E"/>
    <w:sectPr w:rsidR="00EC582E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741993"/>
    <w:multiLevelType w:val="hybridMultilevel"/>
    <w:tmpl w:val="0F103E7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133740">
    <w:abstractNumId w:val="8"/>
  </w:num>
  <w:num w:numId="2" w16cid:durableId="327951093">
    <w:abstractNumId w:val="6"/>
  </w:num>
  <w:num w:numId="3" w16cid:durableId="1405758354">
    <w:abstractNumId w:val="5"/>
  </w:num>
  <w:num w:numId="4" w16cid:durableId="888341083">
    <w:abstractNumId w:val="4"/>
  </w:num>
  <w:num w:numId="5" w16cid:durableId="1903834511">
    <w:abstractNumId w:val="7"/>
  </w:num>
  <w:num w:numId="6" w16cid:durableId="709494051">
    <w:abstractNumId w:val="3"/>
  </w:num>
  <w:num w:numId="7" w16cid:durableId="1666349739">
    <w:abstractNumId w:val="2"/>
  </w:num>
  <w:num w:numId="8" w16cid:durableId="568540333">
    <w:abstractNumId w:val="1"/>
  </w:num>
  <w:num w:numId="9" w16cid:durableId="1412267890">
    <w:abstractNumId w:val="0"/>
  </w:num>
  <w:num w:numId="10" w16cid:durableId="18727601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C2D"/>
    <w:rsid w:val="0015074B"/>
    <w:rsid w:val="0029639D"/>
    <w:rsid w:val="00326F90"/>
    <w:rsid w:val="00600508"/>
    <w:rsid w:val="008170E2"/>
    <w:rsid w:val="008F249A"/>
    <w:rsid w:val="00943E5C"/>
    <w:rsid w:val="00AA1D8D"/>
    <w:rsid w:val="00B47730"/>
    <w:rsid w:val="00CB0664"/>
    <w:rsid w:val="00E47BCB"/>
    <w:rsid w:val="00E723DB"/>
    <w:rsid w:val="00EC582E"/>
    <w:rsid w:val="00EE25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A7B209"/>
  <w14:defaultImageDpi w14:val="300"/>
  <w15:docId w15:val="{ABF64A12-63D1-4F8A-ABED-F05409CF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562</Words>
  <Characters>3262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Florentin Bercu</cp:lastModifiedBy>
  <cp:revision>6</cp:revision>
  <dcterms:created xsi:type="dcterms:W3CDTF">2013-12-23T23:15:00Z</dcterms:created>
  <dcterms:modified xsi:type="dcterms:W3CDTF">2026-10-27T09:29:00Z</dcterms:modified>
  <cp:category/>
</cp:coreProperties>
</file>