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69E" w:rsidRDefault="00B574A3">
      <w:r>
        <w:rPr>
          <w:b/>
          <w:sz w:val="36"/>
        </w:rPr>
        <w:t>FACTURA</w:t>
      </w:r>
    </w:p>
    <w:p w:rsidR="004F769E" w:rsidRDefault="00B574A3">
      <w:r>
        <w:rPr>
          <w:b/>
        </w:rPr>
        <w:t>Numar XXX</w:t>
      </w:r>
      <w:r>
        <w:rPr>
          <w:b/>
        </w:rPr>
        <w:br/>
      </w:r>
      <w:r>
        <w:t>Data XX.XX.XXXX    Scadent la XX.XX.XXXX</w:t>
      </w:r>
      <w:r>
        <w:br/>
        <w:t>ID încărcare SPV XXXXXXXXX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w:rsidR="004F769E">
        <w:trPr>
          <w:jc w:val="center"/>
        </w:trPr>
        <w:tc>
          <w:tcPr>
            <w:tcW w:w="5270" w:type="dxa"/>
          </w:tcPr>
          <w:p w:rsidR="004F769E" w:rsidRDefault="00B574A3">
            <w:r>
              <w:t>Furnizor</w:t>
            </w:r>
          </w:p>
        </w:tc>
        <w:tc>
          <w:tcPr>
            <w:tcW w:w="5270" w:type="dxa"/>
          </w:tcPr>
          <w:p w:rsidR="004F769E" w:rsidRDefault="00B574A3">
            <w:r>
              <w:t>Client</w:t>
            </w:r>
          </w:p>
        </w:tc>
      </w:tr>
      <w:tr w:rsidR="004F769E">
        <w:trPr>
          <w:jc w:val="center"/>
        </w:trPr>
        <w:tc>
          <w:tcPr>
            <w:tcW w:w="5270" w:type="dxa"/>
          </w:tcPr>
          <w:p w:rsidR="004F769E" w:rsidRDefault="00B574A3">
            <w:r>
              <w:t>XXXXXXX XXXXXXX XXXXX COOPERATIVA AGRICOLA</w:t>
            </w:r>
            <w:r>
              <w:br/>
            </w:r>
            <w:r>
              <w:br/>
              <w:t>CIF ROXXX          RC XXX</w:t>
            </w:r>
            <w:r>
              <w:br/>
            </w:r>
            <w:r>
              <w:br/>
              <w:t>Capital soc. XXX RON</w:t>
            </w:r>
            <w:r>
              <w:br/>
              <w:t>XXXXXXXXXXXXX str. XXXXX nr. XXX jud. XXXXX</w:t>
            </w:r>
            <w:r>
              <w:br/>
              <w:t>BANCA XXXXXXXX</w:t>
            </w:r>
            <w:r>
              <w:br/>
              <w:t>ROXXXXXXXXXXXXXXXXXXXX</w:t>
            </w:r>
          </w:p>
        </w:tc>
        <w:tc>
          <w:tcPr>
            <w:tcW w:w="5270" w:type="dxa"/>
          </w:tcPr>
          <w:p w:rsidR="004F769E" w:rsidRDefault="00B574A3">
            <w:r>
              <w:t>XXXXX XXXXXXX</w:t>
            </w:r>
            <w:r>
              <w:br/>
            </w:r>
            <w:r>
              <w:br/>
              <w:t>XXXXXXXXXXX, STR. XXXXXXX, NR. XX, jud. XXXXX</w:t>
            </w:r>
          </w:p>
        </w:tc>
      </w:tr>
    </w:tbl>
    <w:p w:rsidR="004F769E" w:rsidRDefault="004F769E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18"/>
        <w:gridCol w:w="3416"/>
        <w:gridCol w:w="1188"/>
        <w:gridCol w:w="714"/>
        <w:gridCol w:w="634"/>
        <w:gridCol w:w="1286"/>
        <w:gridCol w:w="1340"/>
        <w:gridCol w:w="1260"/>
      </w:tblGrid>
      <w:tr w:rsidR="004F769E" w:rsidTr="00EE5CEC">
        <w:trPr>
          <w:jc w:val="center"/>
        </w:trPr>
        <w:tc>
          <w:tcPr>
            <w:tcW w:w="918" w:type="dxa"/>
          </w:tcPr>
          <w:p w:rsidR="004F769E" w:rsidRDefault="00B574A3" w:rsidP="00EE5CEC">
            <w:pPr>
              <w:jc w:val="center"/>
            </w:pPr>
            <w:proofErr w:type="spellStart"/>
            <w:r>
              <w:t>Nr</w:t>
            </w:r>
            <w:proofErr w:type="spellEnd"/>
            <w:r>
              <w:t>. crt</w:t>
            </w:r>
          </w:p>
        </w:tc>
        <w:tc>
          <w:tcPr>
            <w:tcW w:w="3416" w:type="dxa"/>
          </w:tcPr>
          <w:p w:rsidR="004F769E" w:rsidRDefault="00B574A3" w:rsidP="00EE5CEC">
            <w:pPr>
              <w:jc w:val="center"/>
            </w:pPr>
            <w:r>
              <w:t>Denumire produse/servicii</w:t>
            </w:r>
          </w:p>
        </w:tc>
        <w:tc>
          <w:tcPr>
            <w:tcW w:w="1188" w:type="dxa"/>
          </w:tcPr>
          <w:p w:rsidR="004F769E" w:rsidRDefault="00B574A3" w:rsidP="00EE5CEC">
            <w:pPr>
              <w:jc w:val="center"/>
            </w:pPr>
            <w:r>
              <w:t>UM</w:t>
            </w:r>
          </w:p>
        </w:tc>
        <w:tc>
          <w:tcPr>
            <w:tcW w:w="1348" w:type="dxa"/>
            <w:gridSpan w:val="2"/>
          </w:tcPr>
          <w:p w:rsidR="004F769E" w:rsidRDefault="00B574A3" w:rsidP="00EE5CEC">
            <w:pPr>
              <w:jc w:val="center"/>
            </w:pPr>
            <w:r>
              <w:t>Cantitate</w:t>
            </w:r>
          </w:p>
        </w:tc>
        <w:tc>
          <w:tcPr>
            <w:tcW w:w="1286" w:type="dxa"/>
          </w:tcPr>
          <w:p w:rsidR="004F769E" w:rsidRDefault="00B574A3" w:rsidP="00EE5CEC">
            <w:pPr>
              <w:jc w:val="center"/>
            </w:pPr>
            <w:r>
              <w:t>Pret unitar</w:t>
            </w:r>
          </w:p>
        </w:tc>
        <w:tc>
          <w:tcPr>
            <w:tcW w:w="1340" w:type="dxa"/>
          </w:tcPr>
          <w:p w:rsidR="004F769E" w:rsidRDefault="00B574A3" w:rsidP="00EE5CEC">
            <w:pPr>
              <w:jc w:val="center"/>
            </w:pPr>
            <w:r>
              <w:t>Valoare</w:t>
            </w:r>
          </w:p>
        </w:tc>
        <w:tc>
          <w:tcPr>
            <w:tcW w:w="1260" w:type="dxa"/>
          </w:tcPr>
          <w:p w:rsidR="004F769E" w:rsidRDefault="00B574A3" w:rsidP="00EE5CEC">
            <w:pPr>
              <w:jc w:val="center"/>
            </w:pPr>
            <w:r>
              <w:t>TVA (21%)</w:t>
            </w:r>
          </w:p>
        </w:tc>
      </w:tr>
      <w:tr w:rsidR="004F769E" w:rsidTr="00EE5CEC">
        <w:trPr>
          <w:jc w:val="center"/>
        </w:trPr>
        <w:tc>
          <w:tcPr>
            <w:tcW w:w="918" w:type="dxa"/>
          </w:tcPr>
          <w:p w:rsidR="004F769E" w:rsidRDefault="00B574A3" w:rsidP="00EE5CEC">
            <w:pPr>
              <w:jc w:val="center"/>
            </w:pPr>
            <w:r>
              <w:t>1</w:t>
            </w:r>
          </w:p>
        </w:tc>
        <w:tc>
          <w:tcPr>
            <w:tcW w:w="3416" w:type="dxa"/>
          </w:tcPr>
          <w:p w:rsidR="004F769E" w:rsidRDefault="00B574A3" w:rsidP="00EE5CEC">
            <w:pPr>
              <w:jc w:val="center"/>
            </w:pPr>
            <w:r>
              <w:t>TARIF C.R.C.A.F.A</w:t>
            </w:r>
            <w:r>
              <w:br/>
              <w:t>COTA DE RECUPERARE/REFACTURARE A CHELTUIELILOR</w:t>
            </w:r>
            <w:r>
              <w:br/>
            </w:r>
            <w:r w:rsidR="00CD4E2D">
              <w:t xml:space="preserve">PENTRU </w:t>
            </w:r>
            <w:r w:rsidR="00CD4E2D" w:rsidRPr="00CD4E2D">
              <w:t>ACHITARE CREDIT CONTRIBUTIE PROPRIE COOPERATIVA</w:t>
            </w:r>
            <w:r w:rsidR="00CD4E2D">
              <w:t xml:space="preserve"> PROIECT INVESTITII "ACHIZITII UTILAJE</w:t>
            </w:r>
            <w:r w:rsidR="00CD4E2D">
              <w:br/>
              <w:t xml:space="preserve">AGRICOLE PENTRU XXXXXXX </w:t>
            </w:r>
            <w:proofErr w:type="spellStart"/>
            <w:r w:rsidR="00CD4E2D">
              <w:t>XXXXXXX</w:t>
            </w:r>
            <w:proofErr w:type="spellEnd"/>
            <w:r w:rsidR="00CD4E2D">
              <w:t xml:space="preserve"> XXXXX</w:t>
            </w:r>
            <w:r w:rsidR="00CD4E2D">
              <w:br/>
              <w:t>COOPERATIVA AGRICOLA" CTR DE FINANTARE AFIR</w:t>
            </w:r>
            <w:r w:rsidR="00CD4E2D">
              <w:br/>
              <w:t>NR CXXXXXXXXXXXX</w:t>
            </w:r>
          </w:p>
        </w:tc>
        <w:tc>
          <w:tcPr>
            <w:tcW w:w="1188" w:type="dxa"/>
          </w:tcPr>
          <w:p w:rsidR="004F769E" w:rsidRDefault="00B574A3" w:rsidP="00EE5CEC">
            <w:pPr>
              <w:jc w:val="center"/>
            </w:pPr>
            <w:r>
              <w:t>HA</w:t>
            </w:r>
          </w:p>
        </w:tc>
        <w:tc>
          <w:tcPr>
            <w:tcW w:w="1348" w:type="dxa"/>
            <w:gridSpan w:val="2"/>
          </w:tcPr>
          <w:p w:rsidR="004F769E" w:rsidRDefault="00B574A3" w:rsidP="00EE5CEC">
            <w:pPr>
              <w:jc w:val="center"/>
            </w:pPr>
            <w:r>
              <w:t>19.020</w:t>
            </w:r>
          </w:p>
        </w:tc>
        <w:tc>
          <w:tcPr>
            <w:tcW w:w="1286" w:type="dxa"/>
          </w:tcPr>
          <w:p w:rsidR="004F769E" w:rsidRDefault="00D62CE4" w:rsidP="00EE5CEC">
            <w:pPr>
              <w:jc w:val="center"/>
            </w:pPr>
            <w:r w:rsidRPr="00D62CE4">
              <w:t>143.53</w:t>
            </w:r>
          </w:p>
        </w:tc>
        <w:tc>
          <w:tcPr>
            <w:tcW w:w="1340" w:type="dxa"/>
          </w:tcPr>
          <w:p w:rsidR="004F769E" w:rsidRDefault="00D62CE4" w:rsidP="00EE5CEC">
            <w:pPr>
              <w:jc w:val="center"/>
            </w:pPr>
            <w:r w:rsidRPr="00D62CE4">
              <w:t>2,729.97</w:t>
            </w:r>
          </w:p>
        </w:tc>
        <w:tc>
          <w:tcPr>
            <w:tcW w:w="1260" w:type="dxa"/>
          </w:tcPr>
          <w:p w:rsidR="004F769E" w:rsidRDefault="006B388B" w:rsidP="00EE5CEC">
            <w:pPr>
              <w:jc w:val="center"/>
            </w:pPr>
            <w:r w:rsidRPr="006B388B">
              <w:rPr>
                <w:color w:val="000000" w:themeColor="text1"/>
              </w:rPr>
              <w:t>0</w:t>
            </w:r>
          </w:p>
        </w:tc>
      </w:tr>
      <w:tr w:rsidR="004F769E" w:rsidTr="00EE5CEC">
        <w:trPr>
          <w:jc w:val="center"/>
        </w:trPr>
        <w:tc>
          <w:tcPr>
            <w:tcW w:w="6236" w:type="dxa"/>
            <w:gridSpan w:val="4"/>
          </w:tcPr>
          <w:p w:rsidR="004F769E" w:rsidRDefault="00B574A3">
            <w:r>
              <w:t>Emis de</w:t>
            </w:r>
            <w:r>
              <w:br/>
              <w:t>XXXXXXXX XXXXX</w:t>
            </w:r>
            <w:r>
              <w:br/>
              <w:t>CI: XX XXXXXXX</w:t>
            </w:r>
          </w:p>
        </w:tc>
        <w:tc>
          <w:tcPr>
            <w:tcW w:w="4520" w:type="dxa"/>
            <w:gridSpan w:val="4"/>
          </w:tcPr>
          <w:p w:rsidR="004F769E" w:rsidRDefault="00B574A3">
            <w:r>
              <w:t>Date privind expeditia</w:t>
            </w:r>
            <w:r>
              <w:br/>
              <w:t>Numele delegatului: PRIN POSTA</w:t>
            </w:r>
            <w:r>
              <w:br/>
              <w:t>C.I. seria:      nr:</w:t>
            </w:r>
            <w:r>
              <w:br/>
              <w:t>eliberat de:</w:t>
            </w:r>
            <w:r>
              <w:br/>
              <w:t>Mijlocul de transport:</w:t>
            </w:r>
          </w:p>
        </w:tc>
      </w:tr>
    </w:tbl>
    <w:p w:rsidR="004F769E" w:rsidRDefault="00B574A3">
      <w:pPr>
        <w:jc w:val="right"/>
        <w:rPr>
          <w:b/>
          <w:color w:val="000000" w:themeColor="text1"/>
          <w:sz w:val="24"/>
        </w:rPr>
      </w:pPr>
      <w:r>
        <w:rPr>
          <w:b/>
          <w:sz w:val="24"/>
        </w:rPr>
        <w:t xml:space="preserve">Total     </w:t>
      </w:r>
      <w:r w:rsidRPr="006B388B">
        <w:rPr>
          <w:b/>
          <w:color w:val="000000" w:themeColor="text1"/>
          <w:sz w:val="24"/>
        </w:rPr>
        <w:t xml:space="preserve"> </w:t>
      </w:r>
      <w:r w:rsidR="006B388B" w:rsidRPr="006B388B">
        <w:rPr>
          <w:b/>
          <w:color w:val="000000" w:themeColor="text1"/>
          <w:sz w:val="24"/>
        </w:rPr>
        <w:t>2,729.97</w:t>
      </w:r>
    </w:p>
    <w:p w:rsidR="00282CF3" w:rsidRDefault="00282CF3">
      <w:pPr>
        <w:jc w:val="right"/>
        <w:rPr>
          <w:b/>
          <w:color w:val="000000" w:themeColor="text1"/>
          <w:sz w:val="24"/>
        </w:rPr>
      </w:pPr>
    </w:p>
    <w:p w:rsidR="00282CF3" w:rsidRDefault="00282CF3">
      <w:pPr>
        <w:jc w:val="right"/>
        <w:rPr>
          <w:b/>
          <w:color w:val="000000" w:themeColor="text1"/>
          <w:sz w:val="24"/>
        </w:rPr>
      </w:pPr>
    </w:p>
    <w:p w:rsidR="00282CF3" w:rsidRDefault="00282CF3" w:rsidP="00282CF3">
      <w:pPr>
        <w:jc w:val="both"/>
        <w:rPr>
          <w:i/>
          <w:color w:val="000000" w:themeColor="text1"/>
          <w:sz w:val="24"/>
        </w:rPr>
      </w:pPr>
      <w:r w:rsidRPr="00282CF3">
        <w:rPr>
          <w:i/>
          <w:color w:val="000000" w:themeColor="text1"/>
          <w:sz w:val="24"/>
        </w:rPr>
        <w:t>*</w:t>
      </w:r>
      <w:proofErr w:type="spellStart"/>
      <w:r w:rsidRPr="00282CF3">
        <w:rPr>
          <w:i/>
          <w:color w:val="000000" w:themeColor="text1"/>
          <w:sz w:val="24"/>
        </w:rPr>
        <w:t>Acestea</w:t>
      </w:r>
      <w:proofErr w:type="spellEnd"/>
      <w:r w:rsidRPr="00282CF3">
        <w:rPr>
          <w:i/>
          <w:color w:val="000000" w:themeColor="text1"/>
          <w:sz w:val="24"/>
        </w:rPr>
        <w:t xml:space="preserve"> se </w:t>
      </w:r>
      <w:proofErr w:type="spellStart"/>
      <w:r w:rsidRPr="00282CF3">
        <w:rPr>
          <w:i/>
          <w:color w:val="000000" w:themeColor="text1"/>
          <w:sz w:val="24"/>
        </w:rPr>
        <w:t>vor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refactura</w:t>
      </w:r>
      <w:proofErr w:type="spellEnd"/>
      <w:r>
        <w:rPr>
          <w:i/>
          <w:color w:val="000000" w:themeColor="text1"/>
          <w:sz w:val="24"/>
        </w:rPr>
        <w:t xml:space="preserve"> in </w:t>
      </w:r>
      <w:proofErr w:type="spellStart"/>
      <w:r>
        <w:rPr>
          <w:i/>
          <w:color w:val="000000" w:themeColor="text1"/>
          <w:sz w:val="24"/>
        </w:rPr>
        <w:t>trimestrul</w:t>
      </w:r>
      <w:proofErr w:type="spellEnd"/>
      <w:r>
        <w:rPr>
          <w:i/>
          <w:color w:val="000000" w:themeColor="text1"/>
          <w:sz w:val="24"/>
        </w:rPr>
        <w:t xml:space="preserve"> in care </w:t>
      </w:r>
      <w:proofErr w:type="spellStart"/>
      <w:r>
        <w:rPr>
          <w:i/>
          <w:color w:val="000000" w:themeColor="text1"/>
          <w:sz w:val="24"/>
        </w:rPr>
        <w:t>cooperativa</w:t>
      </w:r>
      <w:proofErr w:type="spellEnd"/>
      <w:r>
        <w:rPr>
          <w:i/>
          <w:color w:val="000000" w:themeColor="text1"/>
          <w:sz w:val="24"/>
        </w:rPr>
        <w:t xml:space="preserve"> are </w:t>
      </w:r>
      <w:proofErr w:type="spellStart"/>
      <w:r>
        <w:rPr>
          <w:i/>
          <w:color w:val="000000" w:themeColor="text1"/>
          <w:sz w:val="24"/>
        </w:rPr>
        <w:t>scadenta</w:t>
      </w:r>
      <w:proofErr w:type="spellEnd"/>
      <w:r>
        <w:rPr>
          <w:i/>
          <w:color w:val="000000" w:themeColor="text1"/>
          <w:sz w:val="24"/>
        </w:rPr>
        <w:t xml:space="preserve"> la </w:t>
      </w:r>
      <w:proofErr w:type="spellStart"/>
      <w:r>
        <w:rPr>
          <w:i/>
          <w:color w:val="000000" w:themeColor="text1"/>
          <w:sz w:val="24"/>
        </w:rPr>
        <w:t>creditul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pentru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asigurarea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cofinantarii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pentru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asigurarea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proiect</w:t>
      </w:r>
      <w:r>
        <w:rPr>
          <w:i/>
          <w:color w:val="000000" w:themeColor="text1"/>
          <w:sz w:val="24"/>
        </w:rPr>
        <w:t>ului</w:t>
      </w:r>
      <w:proofErr w:type="spellEnd"/>
      <w:r>
        <w:rPr>
          <w:i/>
          <w:color w:val="000000" w:themeColor="text1"/>
          <w:sz w:val="24"/>
        </w:rPr>
        <w:t xml:space="preserve"> de</w:t>
      </w:r>
      <w:r w:rsidRPr="00282CF3"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investitii</w:t>
      </w:r>
      <w:proofErr w:type="spellEnd"/>
      <w:r w:rsidRPr="00282CF3">
        <w:rPr>
          <w:i/>
          <w:color w:val="000000" w:themeColor="text1"/>
          <w:sz w:val="24"/>
        </w:rPr>
        <w:t xml:space="preserve"> "</w:t>
      </w:r>
      <w:proofErr w:type="spellStart"/>
      <w:r w:rsidRPr="00282CF3">
        <w:rPr>
          <w:i/>
          <w:color w:val="000000" w:themeColor="text1"/>
          <w:sz w:val="24"/>
        </w:rPr>
        <w:t>achizitii</w:t>
      </w:r>
      <w:proofErr w:type="spellEnd"/>
      <w:r w:rsidRPr="00282CF3"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utilaje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agricole</w:t>
      </w:r>
      <w:proofErr w:type="spellEnd"/>
      <w:r w:rsidRPr="00282CF3"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pentru</w:t>
      </w:r>
      <w:proofErr w:type="spellEnd"/>
      <w:r w:rsidRPr="00282CF3"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xxxxxxx</w:t>
      </w:r>
      <w:proofErr w:type="spellEnd"/>
      <w:r w:rsidRPr="00282CF3"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xxxxxxx</w:t>
      </w:r>
      <w:proofErr w:type="spellEnd"/>
      <w:r w:rsidRPr="00282CF3"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xxxxx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cooperativa</w:t>
      </w:r>
      <w:proofErr w:type="spellEnd"/>
      <w:r w:rsidRPr="00282CF3">
        <w:rPr>
          <w:i/>
          <w:color w:val="000000" w:themeColor="text1"/>
          <w:sz w:val="24"/>
        </w:rPr>
        <w:t xml:space="preserve"> </w:t>
      </w:r>
      <w:proofErr w:type="spellStart"/>
      <w:proofErr w:type="gramStart"/>
      <w:r w:rsidRPr="00282CF3">
        <w:rPr>
          <w:i/>
          <w:color w:val="000000" w:themeColor="text1"/>
          <w:sz w:val="24"/>
        </w:rPr>
        <w:t>agricola</w:t>
      </w:r>
      <w:proofErr w:type="spellEnd"/>
      <w:proofErr w:type="gramEnd"/>
      <w:r w:rsidRPr="00282CF3">
        <w:rPr>
          <w:i/>
          <w:color w:val="000000" w:themeColor="text1"/>
          <w:sz w:val="24"/>
        </w:rPr>
        <w:t xml:space="preserve">" </w:t>
      </w:r>
      <w:proofErr w:type="spellStart"/>
      <w:r w:rsidRPr="00282CF3">
        <w:rPr>
          <w:i/>
          <w:color w:val="000000" w:themeColor="text1"/>
          <w:sz w:val="24"/>
        </w:rPr>
        <w:t>ctr</w:t>
      </w:r>
      <w:proofErr w:type="spellEnd"/>
      <w:r w:rsidRPr="00282CF3">
        <w:rPr>
          <w:i/>
          <w:color w:val="000000" w:themeColor="text1"/>
          <w:sz w:val="24"/>
        </w:rPr>
        <w:t xml:space="preserve"> de </w:t>
      </w:r>
      <w:proofErr w:type="spellStart"/>
      <w:r w:rsidRPr="00282CF3">
        <w:rPr>
          <w:i/>
          <w:color w:val="000000" w:themeColor="text1"/>
          <w:sz w:val="24"/>
        </w:rPr>
        <w:t>finantare</w:t>
      </w:r>
      <w:proofErr w:type="spellEnd"/>
      <w:r w:rsidRPr="00282CF3"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afir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nr</w:t>
      </w:r>
      <w:proofErr w:type="spellEnd"/>
      <w:r w:rsidRPr="00282CF3">
        <w:rPr>
          <w:i/>
          <w:color w:val="000000" w:themeColor="text1"/>
          <w:sz w:val="24"/>
        </w:rPr>
        <w:t xml:space="preserve"> </w:t>
      </w:r>
      <w:proofErr w:type="spellStart"/>
      <w:r w:rsidRPr="00282CF3">
        <w:rPr>
          <w:i/>
          <w:color w:val="000000" w:themeColor="text1"/>
          <w:sz w:val="24"/>
        </w:rPr>
        <w:t>cxxxxxxxxxxxx</w:t>
      </w:r>
      <w:proofErr w:type="spellEnd"/>
      <w:r>
        <w:rPr>
          <w:i/>
          <w:color w:val="000000" w:themeColor="text1"/>
          <w:sz w:val="24"/>
        </w:rPr>
        <w:t>.</w:t>
      </w:r>
    </w:p>
    <w:p w:rsidR="00147D65" w:rsidRDefault="00147D65" w:rsidP="00282CF3">
      <w:pPr>
        <w:jc w:val="both"/>
        <w:rPr>
          <w:i/>
          <w:color w:val="000000" w:themeColor="text1"/>
          <w:sz w:val="24"/>
        </w:rPr>
      </w:pPr>
      <w:proofErr w:type="spellStart"/>
      <w:r>
        <w:rPr>
          <w:i/>
          <w:color w:val="000000" w:themeColor="text1"/>
          <w:sz w:val="24"/>
        </w:rPr>
        <w:t>Avand</w:t>
      </w:r>
      <w:proofErr w:type="spellEnd"/>
      <w:r>
        <w:rPr>
          <w:i/>
          <w:color w:val="000000" w:themeColor="text1"/>
          <w:sz w:val="24"/>
        </w:rPr>
        <w:t xml:space="preserve"> in </w:t>
      </w:r>
      <w:proofErr w:type="spellStart"/>
      <w:r>
        <w:rPr>
          <w:i/>
          <w:color w:val="000000" w:themeColor="text1"/>
          <w:sz w:val="24"/>
        </w:rPr>
        <w:t>vedere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specificul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agricol</w:t>
      </w:r>
      <w:proofErr w:type="spellEnd"/>
      <w:r>
        <w:rPr>
          <w:i/>
          <w:color w:val="000000" w:themeColor="text1"/>
          <w:sz w:val="24"/>
        </w:rPr>
        <w:t xml:space="preserve">, </w:t>
      </w:r>
      <w:proofErr w:type="spellStart"/>
      <w:r>
        <w:rPr>
          <w:i/>
          <w:color w:val="000000" w:themeColor="text1"/>
          <w:sz w:val="24"/>
        </w:rPr>
        <w:t>cel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mai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probabil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acestea</w:t>
      </w:r>
      <w:proofErr w:type="spellEnd"/>
      <w:r>
        <w:rPr>
          <w:i/>
          <w:color w:val="000000" w:themeColor="text1"/>
          <w:sz w:val="24"/>
        </w:rPr>
        <w:t xml:space="preserve"> se </w:t>
      </w:r>
      <w:proofErr w:type="spellStart"/>
      <w:r>
        <w:rPr>
          <w:i/>
          <w:color w:val="000000" w:themeColor="text1"/>
          <w:sz w:val="24"/>
        </w:rPr>
        <w:t>vor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emite</w:t>
      </w:r>
      <w:proofErr w:type="spellEnd"/>
      <w:r>
        <w:rPr>
          <w:i/>
          <w:color w:val="000000" w:themeColor="text1"/>
          <w:sz w:val="24"/>
        </w:rPr>
        <w:t xml:space="preserve"> in </w:t>
      </w:r>
      <w:proofErr w:type="spellStart"/>
      <w:r>
        <w:rPr>
          <w:i/>
          <w:color w:val="000000" w:themeColor="text1"/>
          <w:sz w:val="24"/>
        </w:rPr>
        <w:t>trimestrul</w:t>
      </w:r>
      <w:proofErr w:type="spellEnd"/>
      <w:r>
        <w:rPr>
          <w:i/>
          <w:color w:val="000000" w:themeColor="text1"/>
          <w:sz w:val="24"/>
        </w:rPr>
        <w:t xml:space="preserve"> IV al </w:t>
      </w:r>
      <w:proofErr w:type="spellStart"/>
      <w:r>
        <w:rPr>
          <w:i/>
          <w:color w:val="000000" w:themeColor="text1"/>
          <w:sz w:val="24"/>
        </w:rPr>
        <w:t>fiecarui</w:t>
      </w:r>
      <w:proofErr w:type="spellEnd"/>
      <w:r>
        <w:rPr>
          <w:i/>
          <w:color w:val="000000" w:themeColor="text1"/>
          <w:sz w:val="24"/>
        </w:rPr>
        <w:t xml:space="preserve"> an, </w:t>
      </w:r>
      <w:proofErr w:type="spellStart"/>
      <w:r>
        <w:rPr>
          <w:i/>
          <w:color w:val="000000" w:themeColor="text1"/>
          <w:sz w:val="24"/>
        </w:rPr>
        <w:t>pana</w:t>
      </w:r>
      <w:proofErr w:type="spellEnd"/>
      <w:r>
        <w:rPr>
          <w:i/>
          <w:color w:val="000000" w:themeColor="text1"/>
          <w:sz w:val="24"/>
        </w:rPr>
        <w:t xml:space="preserve"> la </w:t>
      </w:r>
      <w:proofErr w:type="spellStart"/>
      <w:r>
        <w:rPr>
          <w:i/>
          <w:color w:val="000000" w:themeColor="text1"/>
          <w:sz w:val="24"/>
        </w:rPr>
        <w:t>achitarea</w:t>
      </w:r>
      <w:proofErr w:type="spellEnd"/>
      <w:r>
        <w:rPr>
          <w:i/>
          <w:color w:val="000000" w:themeColor="text1"/>
          <w:sz w:val="24"/>
        </w:rPr>
        <w:t xml:space="preserve"> </w:t>
      </w:r>
      <w:proofErr w:type="spellStart"/>
      <w:r>
        <w:rPr>
          <w:i/>
          <w:color w:val="000000" w:themeColor="text1"/>
          <w:sz w:val="24"/>
        </w:rPr>
        <w:t>integrala</w:t>
      </w:r>
      <w:proofErr w:type="spellEnd"/>
      <w:r>
        <w:rPr>
          <w:i/>
          <w:color w:val="000000" w:themeColor="text1"/>
          <w:sz w:val="24"/>
        </w:rPr>
        <w:t xml:space="preserve"> a </w:t>
      </w:r>
      <w:proofErr w:type="spellStart"/>
      <w:r>
        <w:rPr>
          <w:i/>
          <w:color w:val="000000" w:themeColor="text1"/>
          <w:sz w:val="24"/>
        </w:rPr>
        <w:t>creditului</w:t>
      </w:r>
      <w:proofErr w:type="spellEnd"/>
      <w:r>
        <w:rPr>
          <w:i/>
          <w:color w:val="000000" w:themeColor="text1"/>
          <w:sz w:val="24"/>
        </w:rPr>
        <w:t>.</w:t>
      </w:r>
    </w:p>
    <w:p w:rsidR="004E7892" w:rsidRDefault="004E7892" w:rsidP="00282CF3">
      <w:pPr>
        <w:jc w:val="both"/>
        <w:rPr>
          <w:i/>
          <w:color w:val="000000" w:themeColor="text1"/>
          <w:sz w:val="24"/>
        </w:rPr>
      </w:pPr>
    </w:p>
    <w:p w:rsidR="004E7892" w:rsidRPr="00282CF3" w:rsidRDefault="004E7892" w:rsidP="00282CF3">
      <w:pPr>
        <w:jc w:val="both"/>
        <w:rPr>
          <w:i/>
          <w:color w:val="000000" w:themeColor="text1"/>
          <w:sz w:val="24"/>
        </w:rPr>
      </w:pPr>
      <w:bookmarkStart w:id="0" w:name="_GoBack"/>
      <w:bookmarkEnd w:id="0"/>
    </w:p>
    <w:sectPr w:rsidR="004E7892" w:rsidRPr="00282CF3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47D65"/>
    <w:rsid w:val="0015074B"/>
    <w:rsid w:val="00247762"/>
    <w:rsid w:val="00282CF3"/>
    <w:rsid w:val="0029639D"/>
    <w:rsid w:val="002A6F7B"/>
    <w:rsid w:val="00326F90"/>
    <w:rsid w:val="004E7892"/>
    <w:rsid w:val="004F769E"/>
    <w:rsid w:val="006B388B"/>
    <w:rsid w:val="00AA1D8D"/>
    <w:rsid w:val="00B47730"/>
    <w:rsid w:val="00B574A3"/>
    <w:rsid w:val="00CB0664"/>
    <w:rsid w:val="00CD4E2D"/>
    <w:rsid w:val="00D62CE4"/>
    <w:rsid w:val="00EE5CE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44DAC39-8921-4FC6-B663-2DF5F8801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0562C00-625C-44A7-A310-AB0168117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1306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account</cp:lastModifiedBy>
  <cp:revision>11</cp:revision>
  <dcterms:created xsi:type="dcterms:W3CDTF">2013-12-23T23:15:00Z</dcterms:created>
  <dcterms:modified xsi:type="dcterms:W3CDTF">2026-05-28T12:24:00Z</dcterms:modified>
  <cp:category/>
</cp:coreProperties>
</file>