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69E" w:rsidRDefault="00B574A3">
      <w:r>
        <w:rPr>
          <w:b/>
          <w:sz w:val="36"/>
        </w:rPr>
        <w:t>FACTURA</w:t>
      </w:r>
    </w:p>
    <w:p w:rsidR="004F769E" w:rsidRDefault="00B574A3">
      <w:r>
        <w:rPr>
          <w:b/>
        </w:rPr>
        <w:t>Numar XXX</w:t>
      </w:r>
      <w:r>
        <w:rPr>
          <w:b/>
        </w:rPr>
        <w:br/>
      </w:r>
      <w:r>
        <w:t>Data XX.XX.XXXX    Scadent la XX.XX.XXXX</w:t>
      </w:r>
      <w:r>
        <w:br/>
        <w:t>ID încărcare SPV XXXXXXXXX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70"/>
        <w:gridCol w:w="5270"/>
      </w:tblGrid>
      <w:tr w:rsidR="004F769E">
        <w:trPr>
          <w:jc w:val="center"/>
        </w:trPr>
        <w:tc>
          <w:tcPr>
            <w:tcW w:w="5270" w:type="dxa"/>
          </w:tcPr>
          <w:p w:rsidR="004F769E" w:rsidRDefault="00B574A3">
            <w:r>
              <w:t>Furnizor</w:t>
            </w:r>
          </w:p>
        </w:tc>
        <w:tc>
          <w:tcPr>
            <w:tcW w:w="5270" w:type="dxa"/>
          </w:tcPr>
          <w:p w:rsidR="004F769E" w:rsidRDefault="00B574A3">
            <w:r>
              <w:t>Client</w:t>
            </w:r>
          </w:p>
        </w:tc>
      </w:tr>
      <w:tr w:rsidR="004F769E">
        <w:trPr>
          <w:jc w:val="center"/>
        </w:trPr>
        <w:tc>
          <w:tcPr>
            <w:tcW w:w="5270" w:type="dxa"/>
          </w:tcPr>
          <w:p w:rsidR="004F769E" w:rsidRDefault="00B574A3">
            <w:r>
              <w:t>XXXXXXX XXXXXXX XXXXX COOPERATIVA AGRICOLA</w:t>
            </w:r>
            <w:r>
              <w:br/>
            </w:r>
            <w:r>
              <w:br/>
              <w:t>CIF ROXXX          RC XXX</w:t>
            </w:r>
            <w:r>
              <w:br/>
            </w:r>
            <w:r>
              <w:br/>
              <w:t>Capital soc. XXX RON</w:t>
            </w:r>
            <w:r>
              <w:br/>
              <w:t>XXXXXXXXXXXXX str. XXXXX nr. XXX jud. XXXXX</w:t>
            </w:r>
            <w:r>
              <w:br/>
              <w:t>BANCA XXXXXXXX</w:t>
            </w:r>
            <w:r>
              <w:br/>
              <w:t>ROXXXXXXXXXXXXXXXXXXXX</w:t>
            </w:r>
          </w:p>
        </w:tc>
        <w:tc>
          <w:tcPr>
            <w:tcW w:w="5270" w:type="dxa"/>
          </w:tcPr>
          <w:p w:rsidR="004F769E" w:rsidRDefault="00B574A3">
            <w:r>
              <w:t>XXXXX XXXXXXX</w:t>
            </w:r>
            <w:r>
              <w:br/>
            </w:r>
            <w:r>
              <w:br/>
              <w:t>XXXXXXXXXXX, STR. XXXXXXX, NR. XX, jud. XXXXX</w:t>
            </w:r>
          </w:p>
        </w:tc>
      </w:tr>
    </w:tbl>
    <w:p w:rsidR="004F769E" w:rsidRDefault="004F769E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72"/>
        <w:gridCol w:w="3161"/>
        <w:gridCol w:w="1187"/>
        <w:gridCol w:w="713"/>
        <w:gridCol w:w="633"/>
        <w:gridCol w:w="1321"/>
        <w:gridCol w:w="1310"/>
        <w:gridCol w:w="1259"/>
      </w:tblGrid>
      <w:tr w:rsidR="004F769E">
        <w:trPr>
          <w:jc w:val="center"/>
        </w:trPr>
        <w:tc>
          <w:tcPr>
            <w:tcW w:w="1506" w:type="dxa"/>
          </w:tcPr>
          <w:p w:rsidR="004F769E" w:rsidRDefault="00B574A3">
            <w:r>
              <w:t>Nr. crt</w:t>
            </w:r>
          </w:p>
        </w:tc>
        <w:tc>
          <w:tcPr>
            <w:tcW w:w="1506" w:type="dxa"/>
          </w:tcPr>
          <w:p w:rsidR="004F769E" w:rsidRDefault="00B574A3">
            <w:r>
              <w:t>Denumire produse/servicii</w:t>
            </w:r>
          </w:p>
        </w:tc>
        <w:tc>
          <w:tcPr>
            <w:tcW w:w="1506" w:type="dxa"/>
          </w:tcPr>
          <w:p w:rsidR="004F769E" w:rsidRDefault="00B574A3">
            <w:r>
              <w:t>UM</w:t>
            </w:r>
          </w:p>
        </w:tc>
        <w:tc>
          <w:tcPr>
            <w:tcW w:w="1506" w:type="dxa"/>
            <w:gridSpan w:val="2"/>
          </w:tcPr>
          <w:p w:rsidR="004F769E" w:rsidRDefault="00B574A3">
            <w:r>
              <w:t>Cantitate</w:t>
            </w:r>
          </w:p>
        </w:tc>
        <w:tc>
          <w:tcPr>
            <w:tcW w:w="1506" w:type="dxa"/>
          </w:tcPr>
          <w:p w:rsidR="004F769E" w:rsidRDefault="00B574A3">
            <w:r>
              <w:t>Pret unitar</w:t>
            </w:r>
          </w:p>
        </w:tc>
        <w:tc>
          <w:tcPr>
            <w:tcW w:w="1506" w:type="dxa"/>
          </w:tcPr>
          <w:p w:rsidR="004F769E" w:rsidRDefault="00B574A3">
            <w:r>
              <w:t>Valoare</w:t>
            </w:r>
          </w:p>
        </w:tc>
        <w:tc>
          <w:tcPr>
            <w:tcW w:w="1506" w:type="dxa"/>
          </w:tcPr>
          <w:p w:rsidR="004F769E" w:rsidRDefault="00B574A3">
            <w:r>
              <w:t>TVA (21%)</w:t>
            </w:r>
          </w:p>
        </w:tc>
      </w:tr>
      <w:tr w:rsidR="004F769E">
        <w:trPr>
          <w:jc w:val="center"/>
        </w:trPr>
        <w:tc>
          <w:tcPr>
            <w:tcW w:w="1506" w:type="dxa"/>
          </w:tcPr>
          <w:p w:rsidR="004F769E" w:rsidRDefault="00B574A3">
            <w:r>
              <w:t>1</w:t>
            </w:r>
          </w:p>
        </w:tc>
        <w:tc>
          <w:tcPr>
            <w:tcW w:w="1506" w:type="dxa"/>
          </w:tcPr>
          <w:p w:rsidR="004F769E" w:rsidRDefault="00B574A3">
            <w:r>
              <w:t>TARIF C.R.C.A.F.A</w:t>
            </w:r>
            <w:r>
              <w:br/>
              <w:t>COTA DE RECUPERARE/REFACTURARE A CHELTUIELILOR</w:t>
            </w:r>
            <w:r>
              <w:br/>
              <w:t>PE TRIM. I 2026 DE FUNCTIONARE SI ADMINISTRARE; CHELT.</w:t>
            </w:r>
            <w:r>
              <w:br/>
              <w:t>CU AMORTIZAREA; PLATI PT. PIESE DE SCHIMB; REPARATII; ALTE SERVICII;</w:t>
            </w:r>
          </w:p>
          <w:p w:rsidR="0039631B" w:rsidRDefault="0039631B">
            <w:r>
              <w:t>PROIECT INVESTITII "ACHIZITII UTILAJE</w:t>
            </w:r>
            <w:r>
              <w:br/>
              <w:t xml:space="preserve">AGRICOLE PENTRU XXXXXXX </w:t>
            </w:r>
            <w:proofErr w:type="spellStart"/>
            <w:r>
              <w:t>XXXXXXX</w:t>
            </w:r>
            <w:proofErr w:type="spellEnd"/>
            <w:r>
              <w:t xml:space="preserve"> XXXXX</w:t>
            </w:r>
            <w:r>
              <w:br/>
              <w:t>COOPERATIVA AGRICOLA" CTR DE FINANTARE AFIR</w:t>
            </w:r>
            <w:r>
              <w:br/>
              <w:t>NR CXXXXXXXXXXXX</w:t>
            </w:r>
          </w:p>
        </w:tc>
        <w:tc>
          <w:tcPr>
            <w:tcW w:w="1506" w:type="dxa"/>
          </w:tcPr>
          <w:p w:rsidR="004F769E" w:rsidRDefault="00B574A3">
            <w:r>
              <w:t>HA</w:t>
            </w:r>
          </w:p>
        </w:tc>
        <w:tc>
          <w:tcPr>
            <w:tcW w:w="1506" w:type="dxa"/>
            <w:gridSpan w:val="2"/>
          </w:tcPr>
          <w:p w:rsidR="004F769E" w:rsidRDefault="00B574A3">
            <w:r>
              <w:t>19.020</w:t>
            </w:r>
          </w:p>
        </w:tc>
        <w:tc>
          <w:tcPr>
            <w:tcW w:w="1506" w:type="dxa"/>
          </w:tcPr>
          <w:p w:rsidR="004F769E" w:rsidRDefault="00B574A3">
            <w:r>
              <w:t>16.3754</w:t>
            </w:r>
          </w:p>
        </w:tc>
        <w:tc>
          <w:tcPr>
            <w:tcW w:w="1506" w:type="dxa"/>
          </w:tcPr>
          <w:p w:rsidR="004F769E" w:rsidRDefault="00B574A3">
            <w:r>
              <w:t>311.46</w:t>
            </w:r>
          </w:p>
        </w:tc>
        <w:tc>
          <w:tcPr>
            <w:tcW w:w="1506" w:type="dxa"/>
          </w:tcPr>
          <w:p w:rsidR="004F769E" w:rsidRDefault="00B574A3">
            <w:r>
              <w:t>65.41</w:t>
            </w:r>
          </w:p>
        </w:tc>
      </w:tr>
      <w:tr w:rsidR="004F769E">
        <w:trPr>
          <w:jc w:val="center"/>
        </w:trPr>
        <w:tc>
          <w:tcPr>
            <w:tcW w:w="5270" w:type="dxa"/>
            <w:gridSpan w:val="4"/>
          </w:tcPr>
          <w:p w:rsidR="004F769E" w:rsidRDefault="00B574A3">
            <w:r>
              <w:t>Emis de</w:t>
            </w:r>
            <w:r>
              <w:br/>
              <w:t>XXXXXXXX XXXXX</w:t>
            </w:r>
            <w:r>
              <w:br/>
              <w:t>CI: XX XXXXXXX</w:t>
            </w:r>
          </w:p>
        </w:tc>
        <w:tc>
          <w:tcPr>
            <w:tcW w:w="5270" w:type="dxa"/>
            <w:gridSpan w:val="4"/>
          </w:tcPr>
          <w:p w:rsidR="004F769E" w:rsidRDefault="00B574A3">
            <w:r>
              <w:t>Date privind expeditia</w:t>
            </w:r>
            <w:r>
              <w:br/>
              <w:t>Numele delegatului: PRIN POSTA</w:t>
            </w:r>
            <w:r>
              <w:br/>
              <w:t>C.I. seria:      nr:</w:t>
            </w:r>
            <w:r>
              <w:br/>
              <w:t>eliberat de:</w:t>
            </w:r>
            <w:r>
              <w:br/>
              <w:t>Mijlocul de transport:</w:t>
            </w:r>
          </w:p>
        </w:tc>
      </w:tr>
    </w:tbl>
    <w:p w:rsidR="004F769E" w:rsidRDefault="00B574A3">
      <w:pPr>
        <w:jc w:val="right"/>
        <w:rPr>
          <w:b/>
          <w:sz w:val="24"/>
        </w:rPr>
      </w:pPr>
      <w:r>
        <w:rPr>
          <w:b/>
          <w:sz w:val="24"/>
        </w:rPr>
        <w:t>Total      376.87</w:t>
      </w:r>
    </w:p>
    <w:p w:rsidR="00577427" w:rsidRDefault="00577427">
      <w:pPr>
        <w:jc w:val="right"/>
        <w:rPr>
          <w:b/>
          <w:sz w:val="24"/>
        </w:rPr>
      </w:pPr>
    </w:p>
    <w:p w:rsidR="00577427" w:rsidRPr="00577427" w:rsidRDefault="00577427" w:rsidP="00577427">
      <w:pPr>
        <w:jc w:val="both"/>
        <w:rPr>
          <w:i/>
        </w:rPr>
      </w:pPr>
      <w:bookmarkStart w:id="0" w:name="_GoBack"/>
      <w:bookmarkEnd w:id="0"/>
    </w:p>
    <w:sectPr w:rsidR="00577427" w:rsidRPr="00577427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5EC1902"/>
    <w:multiLevelType w:val="hybridMultilevel"/>
    <w:tmpl w:val="6FE40298"/>
    <w:lvl w:ilvl="0" w:tplc="5916F1E4">
      <w:numFmt w:val="bullet"/>
      <w:lvlText w:val=""/>
      <w:lvlJc w:val="left"/>
      <w:pPr>
        <w:ind w:left="720" w:hanging="360"/>
      </w:pPr>
      <w:rPr>
        <w:rFonts w:ascii="Symbol" w:eastAsia="Arial" w:hAnsi="Symbol" w:cstheme="minorBid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9631B"/>
    <w:rsid w:val="004F769E"/>
    <w:rsid w:val="00577427"/>
    <w:rsid w:val="00AA1D8D"/>
    <w:rsid w:val="00B47730"/>
    <w:rsid w:val="00B574A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844DAC39-8921-4FC6-B663-2DF5F8801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eastAsia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34D6F4F-7703-4FDF-A03D-F11CDCE1E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947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account</cp:lastModifiedBy>
  <cp:revision>4</cp:revision>
  <dcterms:created xsi:type="dcterms:W3CDTF">2013-12-23T23:15:00Z</dcterms:created>
  <dcterms:modified xsi:type="dcterms:W3CDTF">2026-05-28T12:20:00Z</dcterms:modified>
  <cp:category/>
</cp:coreProperties>
</file>