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65E" w:rsidRDefault="007D46D3">
      <w:r>
        <w:rPr>
          <w:b/>
          <w:sz w:val="36"/>
        </w:rPr>
        <w:t>FACTURA</w:t>
      </w:r>
    </w:p>
    <w:p w:rsidR="00AF065E" w:rsidRDefault="007D46D3">
      <w:r>
        <w:rPr>
          <w:b/>
        </w:rPr>
        <w:t>Numar XXX</w:t>
      </w:r>
      <w:r>
        <w:rPr>
          <w:b/>
        </w:rPr>
        <w:br/>
      </w:r>
      <w:r>
        <w:t>Data XX.XX.XXXX    Scadent la XX.XX.XXXX</w:t>
      </w:r>
      <w:r>
        <w:br/>
        <w:t>ID încărcare SPV XXXXXXXXX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AF065E">
        <w:trPr>
          <w:jc w:val="center"/>
        </w:trPr>
        <w:tc>
          <w:tcPr>
            <w:tcW w:w="5270" w:type="dxa"/>
          </w:tcPr>
          <w:p w:rsidR="00AF065E" w:rsidRDefault="007D46D3">
            <w:r>
              <w:t>Furnizor</w:t>
            </w:r>
          </w:p>
        </w:tc>
        <w:tc>
          <w:tcPr>
            <w:tcW w:w="5270" w:type="dxa"/>
          </w:tcPr>
          <w:p w:rsidR="00AF065E" w:rsidRDefault="007D46D3">
            <w:r>
              <w:t>Client</w:t>
            </w:r>
          </w:p>
        </w:tc>
      </w:tr>
      <w:tr w:rsidR="00AF065E">
        <w:trPr>
          <w:jc w:val="center"/>
        </w:trPr>
        <w:tc>
          <w:tcPr>
            <w:tcW w:w="5270" w:type="dxa"/>
          </w:tcPr>
          <w:p w:rsidR="00AF065E" w:rsidRDefault="007D46D3">
            <w:r>
              <w:t>XXXXXXX XXXXXXX XXXXX COOPERATIVA AGRICOLA</w:t>
            </w:r>
            <w:r>
              <w:br/>
            </w:r>
            <w:r>
              <w:br/>
              <w:t>CIF ROXXX          RC XXX</w:t>
            </w:r>
            <w:r>
              <w:br/>
            </w:r>
            <w:r>
              <w:br/>
              <w:t>Capital soc. XXX RON</w:t>
            </w:r>
            <w:r>
              <w:br/>
              <w:t>XXXXXXXXXXXXX str. XXXXX nr. XXX jud. XXXXX</w:t>
            </w:r>
            <w:r>
              <w:br/>
              <w:t>BANCA XXXXXXXX</w:t>
            </w:r>
            <w:r>
              <w:br/>
              <w:t>ROXXXXXXXXXXXXXXXXXXXX</w:t>
            </w:r>
          </w:p>
        </w:tc>
        <w:tc>
          <w:tcPr>
            <w:tcW w:w="5270" w:type="dxa"/>
          </w:tcPr>
          <w:p w:rsidR="00AF065E" w:rsidRDefault="007D46D3">
            <w:r>
              <w:t>XXXXX XXXXXXX</w:t>
            </w:r>
            <w:r>
              <w:br/>
            </w:r>
            <w:r>
              <w:br/>
              <w:t>XXXXXXXXXXX, STR. XXXXXXX, NR. XX, jud. XXXXX</w:t>
            </w:r>
          </w:p>
        </w:tc>
      </w:tr>
    </w:tbl>
    <w:p w:rsidR="00AF065E" w:rsidRDefault="00AF065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0"/>
        <w:gridCol w:w="1963"/>
        <w:gridCol w:w="1451"/>
        <w:gridCol w:w="745"/>
        <w:gridCol w:w="733"/>
        <w:gridCol w:w="1474"/>
        <w:gridCol w:w="1472"/>
        <w:gridCol w:w="1468"/>
      </w:tblGrid>
      <w:tr w:rsidR="00AF065E">
        <w:trPr>
          <w:jc w:val="center"/>
        </w:trPr>
        <w:tc>
          <w:tcPr>
            <w:tcW w:w="1506" w:type="dxa"/>
          </w:tcPr>
          <w:p w:rsidR="00AF065E" w:rsidRDefault="007D46D3">
            <w:r>
              <w:t>Nr. crt</w:t>
            </w:r>
          </w:p>
        </w:tc>
        <w:tc>
          <w:tcPr>
            <w:tcW w:w="1506" w:type="dxa"/>
          </w:tcPr>
          <w:p w:rsidR="00AF065E" w:rsidRDefault="007D46D3">
            <w:r>
              <w:t>Denumire produse/servicii</w:t>
            </w:r>
          </w:p>
        </w:tc>
        <w:tc>
          <w:tcPr>
            <w:tcW w:w="1506" w:type="dxa"/>
          </w:tcPr>
          <w:p w:rsidR="00AF065E" w:rsidRDefault="007D46D3">
            <w:r>
              <w:t>UM</w:t>
            </w:r>
          </w:p>
        </w:tc>
        <w:tc>
          <w:tcPr>
            <w:tcW w:w="1506" w:type="dxa"/>
            <w:gridSpan w:val="2"/>
          </w:tcPr>
          <w:p w:rsidR="00AF065E" w:rsidRDefault="007D46D3">
            <w:r>
              <w:t>Cantitate</w:t>
            </w:r>
          </w:p>
        </w:tc>
        <w:tc>
          <w:tcPr>
            <w:tcW w:w="1506" w:type="dxa"/>
          </w:tcPr>
          <w:p w:rsidR="00AF065E" w:rsidRDefault="007D46D3">
            <w:r>
              <w:t>Pret unitar</w:t>
            </w:r>
          </w:p>
        </w:tc>
        <w:tc>
          <w:tcPr>
            <w:tcW w:w="1506" w:type="dxa"/>
          </w:tcPr>
          <w:p w:rsidR="00AF065E" w:rsidRDefault="007D46D3">
            <w:r>
              <w:t>Valoare</w:t>
            </w:r>
          </w:p>
        </w:tc>
        <w:tc>
          <w:tcPr>
            <w:tcW w:w="1506" w:type="dxa"/>
          </w:tcPr>
          <w:p w:rsidR="00AF065E" w:rsidRDefault="007D46D3">
            <w:r>
              <w:t>TVA (21%)</w:t>
            </w:r>
          </w:p>
        </w:tc>
      </w:tr>
      <w:tr w:rsidR="00AF065E">
        <w:trPr>
          <w:jc w:val="center"/>
        </w:trPr>
        <w:tc>
          <w:tcPr>
            <w:tcW w:w="1506" w:type="dxa"/>
          </w:tcPr>
          <w:p w:rsidR="00AF065E" w:rsidRDefault="007D46D3">
            <w:r>
              <w:t>1</w:t>
            </w:r>
          </w:p>
        </w:tc>
        <w:tc>
          <w:tcPr>
            <w:tcW w:w="1506" w:type="dxa"/>
          </w:tcPr>
          <w:p w:rsidR="00AF065E" w:rsidRDefault="007D46D3">
            <w:r>
              <w:t>TARIF C.R.C.A.F.A</w:t>
            </w:r>
            <w:r>
              <w:br/>
              <w:t>COTA DE RECUPERARE A CHELTUIELILOR DE</w:t>
            </w:r>
            <w:r>
              <w:br/>
              <w:t>IMPLEMENTARE PROIECT INVESTITII "ACHIZITII UTILAJE</w:t>
            </w:r>
            <w:r>
              <w:br/>
              <w:t>AGRICOLE PENTRU XXXXXXX XXXXXXX XXXXX</w:t>
            </w:r>
            <w:r>
              <w:br/>
              <w:t>COOPERATIVA AGRICOLA" CTR DE FINANTARE AFIR</w:t>
            </w:r>
            <w:r>
              <w:br/>
              <w:t>NR CXXXXXXXXXXXX</w:t>
            </w:r>
          </w:p>
        </w:tc>
        <w:tc>
          <w:tcPr>
            <w:tcW w:w="1506" w:type="dxa"/>
          </w:tcPr>
          <w:p w:rsidR="00AF065E" w:rsidRDefault="007D46D3">
            <w:r>
              <w:t>HA</w:t>
            </w:r>
          </w:p>
        </w:tc>
        <w:tc>
          <w:tcPr>
            <w:tcW w:w="1506" w:type="dxa"/>
            <w:gridSpan w:val="2"/>
          </w:tcPr>
          <w:p w:rsidR="00AF065E" w:rsidRDefault="007D46D3">
            <w:r>
              <w:t>19.020</w:t>
            </w:r>
          </w:p>
        </w:tc>
        <w:tc>
          <w:tcPr>
            <w:tcW w:w="1506" w:type="dxa"/>
          </w:tcPr>
          <w:p w:rsidR="00AF065E" w:rsidRDefault="007D46D3">
            <w:r>
              <w:t>88.3470</w:t>
            </w:r>
          </w:p>
        </w:tc>
        <w:tc>
          <w:tcPr>
            <w:tcW w:w="1506" w:type="dxa"/>
          </w:tcPr>
          <w:p w:rsidR="00AF065E" w:rsidRDefault="007D46D3">
            <w:r>
              <w:t>1 680.36</w:t>
            </w:r>
          </w:p>
        </w:tc>
        <w:tc>
          <w:tcPr>
            <w:tcW w:w="1506" w:type="dxa"/>
          </w:tcPr>
          <w:p w:rsidR="00AF065E" w:rsidRDefault="007D46D3">
            <w:r>
              <w:t>352.88</w:t>
            </w:r>
          </w:p>
        </w:tc>
      </w:tr>
      <w:tr w:rsidR="00AF065E">
        <w:trPr>
          <w:jc w:val="center"/>
        </w:trPr>
        <w:tc>
          <w:tcPr>
            <w:tcW w:w="5270" w:type="dxa"/>
            <w:gridSpan w:val="4"/>
          </w:tcPr>
          <w:p w:rsidR="00AF065E" w:rsidRDefault="007D46D3">
            <w:r>
              <w:t>Emis de</w:t>
            </w:r>
            <w:r>
              <w:br/>
              <w:t>XXXXXXXX XXXXX</w:t>
            </w:r>
            <w:r>
              <w:br/>
              <w:t>CI: XX XXXXXXX</w:t>
            </w:r>
          </w:p>
        </w:tc>
        <w:tc>
          <w:tcPr>
            <w:tcW w:w="5270" w:type="dxa"/>
            <w:gridSpan w:val="4"/>
          </w:tcPr>
          <w:p w:rsidR="00AF065E" w:rsidRDefault="007D46D3">
            <w:r>
              <w:t>Date privind expeditia</w:t>
            </w:r>
            <w:r>
              <w:br/>
              <w:t>Numele delegatului: PRIN POSTA</w:t>
            </w:r>
            <w:r>
              <w:br/>
              <w:t>C.I. seria:      nr:</w:t>
            </w:r>
            <w:r>
              <w:br/>
              <w:t>eliberat de:</w:t>
            </w:r>
            <w:r>
              <w:br/>
              <w:t>Mijlocul de transport:</w:t>
            </w:r>
          </w:p>
        </w:tc>
      </w:tr>
    </w:tbl>
    <w:p w:rsidR="00AF065E" w:rsidRDefault="007D46D3">
      <w:pPr>
        <w:jc w:val="right"/>
        <w:rPr>
          <w:b/>
          <w:sz w:val="24"/>
        </w:rPr>
      </w:pPr>
      <w:r>
        <w:rPr>
          <w:b/>
          <w:sz w:val="24"/>
        </w:rPr>
        <w:t>Total      2 033.24</w:t>
      </w:r>
    </w:p>
    <w:p w:rsidR="007D46D3" w:rsidRDefault="007D46D3">
      <w:pPr>
        <w:jc w:val="right"/>
        <w:rPr>
          <w:b/>
          <w:sz w:val="24"/>
        </w:rPr>
      </w:pPr>
    </w:p>
    <w:p w:rsidR="007D46D3" w:rsidRDefault="007D46D3" w:rsidP="007D46D3">
      <w:pPr>
        <w:jc w:val="both"/>
      </w:pPr>
      <w:r>
        <w:t>AVANSURI FINANCIARE PENTRU SEMNARE CONTRACTE SI ACHIZITII UTILAJE SI ECHIPAMENTE AGRICOLE, PLATI PENTRU SERVICII DE CONSULTANTA, COMISIOANE DE ANALIZA SI ACORDARE A FINANTARILOR BANCARE, PLATI/CHELTUIELI DE DOBANZI, DIFERENTE DE CURS VALUTAR, PLATI DE IMPOZITE,TAXE,TVA AFERENT CONSULTANTA,</w:t>
      </w:r>
      <w:r w:rsidR="009B5AE2">
        <w:t xml:space="preserve"> ETC.</w:t>
      </w:r>
      <w:bookmarkStart w:id="0" w:name="_GoBack"/>
      <w:bookmarkEnd w:id="0"/>
    </w:p>
    <w:p w:rsidR="007D46D3" w:rsidRDefault="007D46D3" w:rsidP="007D46D3">
      <w:pPr>
        <w:jc w:val="both"/>
      </w:pPr>
    </w:p>
    <w:sectPr w:rsidR="007D46D3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46D3"/>
    <w:rsid w:val="009B5AE2"/>
    <w:rsid w:val="009C338B"/>
    <w:rsid w:val="00AA1D8D"/>
    <w:rsid w:val="00AF065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77D6348-3837-4244-BA6C-107173B44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5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820D3B-8484-4A3C-B324-907392DEE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4</cp:revision>
  <dcterms:created xsi:type="dcterms:W3CDTF">2013-12-23T23:15:00Z</dcterms:created>
  <dcterms:modified xsi:type="dcterms:W3CDTF">2026-05-28T12:19:00Z</dcterms:modified>
  <cp:category/>
</cp:coreProperties>
</file>